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F9497" w14:textId="77777777" w:rsidR="000167AE" w:rsidRPr="00CF1F3A" w:rsidRDefault="000167AE" w:rsidP="000167AE">
      <w:pPr>
        <w:spacing w:after="0" w:line="240" w:lineRule="auto"/>
        <w:jc w:val="center"/>
        <w:rPr>
          <w:rFonts w:ascii="Aptos" w:hAnsi="Aptos" w:cs="Calibri"/>
          <w:b/>
          <w:bCs/>
          <w:lang w:val="es-ES_tradnl"/>
        </w:rPr>
      </w:pPr>
      <w:bookmarkStart w:id="0" w:name="_Hlk209615163"/>
      <w:r w:rsidRPr="00CF1F3A">
        <w:rPr>
          <w:rFonts w:ascii="Aptos" w:hAnsi="Aptos" w:cs="Calibri"/>
          <w:b/>
          <w:bCs/>
          <w:lang w:val="es-ES_tradnl"/>
        </w:rPr>
        <w:t>Convocatoria de subvenciones destinadas a financiar por el Instituto Valenciano de Competitividad Empresarial (IVACE) los planes de actuación de mejora de la competitividad de las empresas de la Comunitat Valenciana</w:t>
      </w:r>
      <w:r>
        <w:rPr>
          <w:rFonts w:ascii="Aptos" w:hAnsi="Aptos" w:cs="Calibri"/>
          <w:b/>
          <w:bCs/>
          <w:lang w:val="es-ES_tradnl"/>
        </w:rPr>
        <w:t xml:space="preserve"> (CV)</w:t>
      </w:r>
      <w:r w:rsidRPr="00CF1F3A">
        <w:rPr>
          <w:rFonts w:ascii="Aptos" w:hAnsi="Aptos" w:cs="Calibri"/>
          <w:b/>
          <w:bCs/>
          <w:lang w:val="es-ES_tradnl"/>
        </w:rPr>
        <w:t xml:space="preserve"> puestos en marcha por las entidades gestoras de clústeres económicos e industriales que desarrollen su actividad en este territorio</w:t>
      </w:r>
    </w:p>
    <w:p w14:paraId="4C4413E9" w14:textId="77777777" w:rsidR="000167AE" w:rsidRDefault="000167AE" w:rsidP="000167AE">
      <w:pPr>
        <w:spacing w:after="0" w:line="240" w:lineRule="auto"/>
        <w:jc w:val="both"/>
        <w:rPr>
          <w:rFonts w:ascii="Aptos" w:hAnsi="Aptos"/>
          <w:b/>
          <w:bCs/>
          <w:lang w:val="es-ES_tradnl"/>
        </w:rPr>
      </w:pPr>
    </w:p>
    <w:p w14:paraId="6ABCAE2E" w14:textId="1EBE78B7" w:rsidR="000167AE" w:rsidRPr="00356B04" w:rsidRDefault="000167AE" w:rsidP="000167AE">
      <w:pPr>
        <w:spacing w:after="0" w:line="240" w:lineRule="auto"/>
        <w:jc w:val="center"/>
        <w:rPr>
          <w:rFonts w:ascii="Aptos" w:hAnsi="Aptos"/>
          <w:b/>
          <w:bCs/>
          <w:caps/>
          <w:lang w:val="es-ES"/>
        </w:rPr>
      </w:pPr>
      <w:r w:rsidRPr="00356B04">
        <w:rPr>
          <w:rFonts w:ascii="Aptos" w:hAnsi="Aptos"/>
          <w:b/>
          <w:bCs/>
          <w:caps/>
          <w:lang w:val="es-ES"/>
        </w:rPr>
        <w:t xml:space="preserve">Programa de ayudas a entidades gestoras de clústeres </w:t>
      </w:r>
      <w:r w:rsidR="00F5373D">
        <w:rPr>
          <w:rFonts w:ascii="Aptos" w:hAnsi="Aptos"/>
          <w:b/>
          <w:bCs/>
          <w:caps/>
          <w:lang w:val="es-ES"/>
        </w:rPr>
        <w:t>CONSOLIDADOS</w:t>
      </w:r>
      <w:r w:rsidRPr="00356B04">
        <w:rPr>
          <w:rFonts w:ascii="Aptos" w:hAnsi="Aptos"/>
          <w:b/>
          <w:bCs/>
          <w:caps/>
          <w:lang w:val="es-ES"/>
        </w:rPr>
        <w:t xml:space="preserve"> (Programa </w:t>
      </w:r>
      <w:r>
        <w:rPr>
          <w:rFonts w:ascii="Aptos" w:hAnsi="Aptos"/>
          <w:b/>
          <w:bCs/>
          <w:caps/>
          <w:lang w:val="es-ES"/>
        </w:rPr>
        <w:t>I</w:t>
      </w:r>
      <w:r w:rsidRPr="00356B04">
        <w:rPr>
          <w:rFonts w:ascii="Aptos" w:hAnsi="Aptos"/>
          <w:b/>
          <w:bCs/>
          <w:caps/>
          <w:lang w:val="es-ES"/>
        </w:rPr>
        <w:t xml:space="preserve">I) </w:t>
      </w:r>
    </w:p>
    <w:p w14:paraId="63730110" w14:textId="77777777" w:rsidR="000167AE" w:rsidRPr="00EA6D39" w:rsidRDefault="000167AE" w:rsidP="000167AE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bookmarkEnd w:id="0"/>
    <w:p w14:paraId="4DFCA14C" w14:textId="77777777" w:rsidR="000167AE" w:rsidRDefault="000167AE" w:rsidP="000167AE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ptos" w:hAnsi="Aptos"/>
          <w:b/>
          <w:bCs/>
          <w:lang w:val="es-ES_tradnl"/>
        </w:rPr>
      </w:pPr>
      <w:r>
        <w:rPr>
          <w:rFonts w:ascii="Aptos" w:hAnsi="Aptos"/>
          <w:b/>
          <w:bCs/>
          <w:lang w:val="es-ES_tradnl"/>
        </w:rPr>
        <w:t xml:space="preserve">1.- </w:t>
      </w:r>
      <w:r w:rsidRPr="00EA53C7">
        <w:rPr>
          <w:rFonts w:ascii="Aptos" w:hAnsi="Aptos"/>
          <w:b/>
          <w:bCs/>
          <w:lang w:val="es-ES_tradnl"/>
        </w:rPr>
        <w:t xml:space="preserve">DESCRIPCIÓN DE LA ENTIDAD GESTORA </w:t>
      </w:r>
    </w:p>
    <w:p w14:paraId="6FC4BC52" w14:textId="77777777" w:rsidR="000167AE" w:rsidRDefault="000167AE" w:rsidP="000167AE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ptos" w:hAnsi="Aptos"/>
          <w:b/>
          <w:bCs/>
          <w:lang w:val="es-ES_tradnl"/>
        </w:rPr>
      </w:pPr>
    </w:p>
    <w:p w14:paraId="69797C37" w14:textId="77777777" w:rsidR="000167AE" w:rsidRDefault="000167AE" w:rsidP="000167AE">
      <w:pPr>
        <w:pStyle w:val="Prrafodelista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Aptos" w:hAnsi="Aptos"/>
          <w:b/>
          <w:bCs/>
          <w:lang w:val="es-ES"/>
        </w:rPr>
      </w:pPr>
      <w:r w:rsidRPr="00EA6D39">
        <w:rPr>
          <w:rFonts w:ascii="Aptos" w:hAnsi="Aptos"/>
          <w:b/>
          <w:bCs/>
          <w:lang w:val="es-ES"/>
        </w:rPr>
        <w:t>Entidad inscrita</w:t>
      </w:r>
      <w:r>
        <w:rPr>
          <w:rFonts w:ascii="Aptos" w:hAnsi="Aptos"/>
          <w:b/>
          <w:bCs/>
          <w:lang w:val="es-ES"/>
        </w:rPr>
        <w:t xml:space="preserve"> (cumplimentar solo si es AEI activa): </w:t>
      </w:r>
    </w:p>
    <w:p w14:paraId="749F2F81" w14:textId="77777777" w:rsidR="000167AE" w:rsidRPr="008A6B11" w:rsidRDefault="000167AE" w:rsidP="000167AE">
      <w:pPr>
        <w:tabs>
          <w:tab w:val="left" w:pos="284"/>
        </w:tabs>
        <w:spacing w:after="0" w:line="240" w:lineRule="auto"/>
        <w:ind w:left="720"/>
        <w:jc w:val="both"/>
        <w:rPr>
          <w:rFonts w:ascii="Aptos" w:hAnsi="Aptos"/>
          <w:lang w:val="es-ES"/>
        </w:rPr>
      </w:pPr>
      <w:r w:rsidRPr="008A6B11">
        <w:rPr>
          <w:rFonts w:ascii="Aptos" w:hAnsi="Aptos"/>
          <w:lang w:val="es-ES"/>
        </w:rPr>
        <w:t xml:space="preserve">Nombre: </w:t>
      </w:r>
      <w:r>
        <w:rPr>
          <w:rFonts w:ascii="Aptos" w:hAnsi="Aptos"/>
          <w:lang w:val="es-ES"/>
        </w:rPr>
        <w:tab/>
      </w:r>
      <w:r w:rsidRPr="008A6B11">
        <w:rPr>
          <w:rFonts w:ascii="Aptos" w:hAnsi="Aptos"/>
          <w:lang w:val="es-ES"/>
        </w:rPr>
        <w:t>___________________________________________________________</w:t>
      </w:r>
    </w:p>
    <w:p w14:paraId="19EE6CCA" w14:textId="77777777" w:rsidR="000167AE" w:rsidRPr="008A6B11" w:rsidRDefault="000167AE" w:rsidP="000167AE">
      <w:pPr>
        <w:tabs>
          <w:tab w:val="left" w:pos="284"/>
        </w:tabs>
        <w:spacing w:after="0" w:line="240" w:lineRule="auto"/>
        <w:ind w:left="720"/>
        <w:jc w:val="both"/>
        <w:rPr>
          <w:rFonts w:ascii="Aptos" w:hAnsi="Aptos"/>
          <w:lang w:val="es-ES"/>
        </w:rPr>
      </w:pPr>
      <w:r w:rsidRPr="008A6B11">
        <w:rPr>
          <w:rFonts w:ascii="Aptos" w:hAnsi="Aptos"/>
          <w:lang w:val="es-ES"/>
        </w:rPr>
        <w:t xml:space="preserve">Nº de registro: </w:t>
      </w:r>
      <w:r>
        <w:rPr>
          <w:rFonts w:ascii="Aptos" w:hAnsi="Aptos"/>
          <w:lang w:val="es-ES"/>
        </w:rPr>
        <w:tab/>
      </w:r>
      <w:r w:rsidRPr="008A6B11">
        <w:rPr>
          <w:rFonts w:ascii="Aptos" w:hAnsi="Aptos"/>
          <w:lang w:val="es-ES"/>
        </w:rPr>
        <w:t>_______________</w:t>
      </w:r>
    </w:p>
    <w:p w14:paraId="6AD03DD9" w14:textId="77777777" w:rsidR="000167AE" w:rsidRDefault="000167AE" w:rsidP="000167AE">
      <w:pPr>
        <w:tabs>
          <w:tab w:val="left" w:pos="284"/>
        </w:tabs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p w14:paraId="51E19E13" w14:textId="3F3F7732" w:rsidR="000167AE" w:rsidRPr="000F4B4B" w:rsidRDefault="000167AE" w:rsidP="000167AE">
      <w:pPr>
        <w:pStyle w:val="Prrafodelista"/>
        <w:tabs>
          <w:tab w:val="left" w:pos="284"/>
        </w:tabs>
        <w:spacing w:after="0"/>
        <w:ind w:left="0"/>
        <w:jc w:val="both"/>
        <w:rPr>
          <w:rFonts w:ascii="Aptos" w:hAnsi="Aptos"/>
          <w:lang w:val="es-ES"/>
        </w:rPr>
      </w:pPr>
      <w:r w:rsidRPr="00CF1F3A">
        <w:rPr>
          <w:rFonts w:ascii="Aptos" w:hAnsi="Aptos"/>
          <w:lang w:val="es-ES"/>
        </w:rPr>
        <w:t xml:space="preserve">Cumplimentar los apartados </w:t>
      </w:r>
      <w:r>
        <w:rPr>
          <w:rFonts w:ascii="Aptos" w:hAnsi="Aptos"/>
          <w:lang w:val="es-ES"/>
        </w:rPr>
        <w:t>2</w:t>
      </w:r>
      <w:r w:rsidR="00A4194B">
        <w:rPr>
          <w:rFonts w:ascii="Aptos" w:hAnsi="Aptos"/>
          <w:lang w:val="es-ES"/>
        </w:rPr>
        <w:t xml:space="preserve"> y 3</w:t>
      </w:r>
      <w:r>
        <w:rPr>
          <w:rFonts w:ascii="Aptos" w:hAnsi="Aptos"/>
          <w:lang w:val="es-ES"/>
        </w:rPr>
        <w:t xml:space="preserve"> </w:t>
      </w:r>
      <w:r w:rsidRPr="00CF1F3A">
        <w:rPr>
          <w:rFonts w:ascii="Aptos" w:hAnsi="Aptos"/>
          <w:lang w:val="es-ES"/>
        </w:rPr>
        <w:t xml:space="preserve">únicamente si la entidad gestora NO está inscrita, </w:t>
      </w:r>
      <w:r w:rsidRPr="000F4B4B">
        <w:rPr>
          <w:rFonts w:ascii="Aptos" w:hAnsi="Aptos"/>
          <w:lang w:val="es-ES"/>
        </w:rPr>
        <w:t xml:space="preserve">en el momento de presentación de la solicitud de ayuda, como Agrupación Empresarial Innovadora (AEI) en el Registro regulado por la Orden IET/1444/2014, de 30 de julio, por la que se regula el Registro de </w:t>
      </w:r>
      <w:proofErr w:type="spellStart"/>
      <w:r>
        <w:rPr>
          <w:rFonts w:ascii="Aptos" w:hAnsi="Aptos"/>
          <w:lang w:val="es-ES"/>
        </w:rPr>
        <w:t>AEIs</w:t>
      </w:r>
      <w:proofErr w:type="spellEnd"/>
      <w:r w:rsidRPr="000F4B4B">
        <w:rPr>
          <w:rFonts w:ascii="Aptos" w:hAnsi="Aptos"/>
          <w:lang w:val="es-ES"/>
        </w:rPr>
        <w:t xml:space="preserve"> del Ministerio de Industria, Energía y Turismo</w:t>
      </w:r>
      <w:r>
        <w:rPr>
          <w:rFonts w:ascii="Aptos" w:hAnsi="Aptos"/>
          <w:b/>
          <w:bCs/>
          <w:lang w:val="es-ES"/>
        </w:rPr>
        <w:t>.</w:t>
      </w:r>
    </w:p>
    <w:p w14:paraId="577A1CA3" w14:textId="77777777" w:rsidR="000167AE" w:rsidRDefault="000167AE" w:rsidP="000167AE">
      <w:pPr>
        <w:pStyle w:val="Prrafodelista"/>
        <w:tabs>
          <w:tab w:val="left" w:pos="284"/>
        </w:tabs>
        <w:spacing w:after="0"/>
        <w:ind w:left="0"/>
        <w:jc w:val="both"/>
        <w:rPr>
          <w:rFonts w:ascii="Aptos" w:hAnsi="Aptos"/>
          <w:b/>
          <w:bCs/>
          <w:lang w:val="es-ES"/>
        </w:rPr>
      </w:pPr>
    </w:p>
    <w:p w14:paraId="02A97BF9" w14:textId="77777777" w:rsidR="000167AE" w:rsidRDefault="000167AE" w:rsidP="000167AE">
      <w:pPr>
        <w:tabs>
          <w:tab w:val="left" w:pos="284"/>
        </w:tabs>
        <w:spacing w:after="0" w:line="240" w:lineRule="auto"/>
        <w:jc w:val="both"/>
        <w:rPr>
          <w:rFonts w:ascii="Aptos" w:hAnsi="Aptos"/>
          <w:b/>
          <w:bCs/>
          <w:lang w:val="es-ES"/>
        </w:rPr>
      </w:pPr>
      <w:r>
        <w:rPr>
          <w:rFonts w:ascii="Aptos" w:hAnsi="Aptos"/>
          <w:b/>
          <w:bCs/>
          <w:lang w:val="es-ES"/>
        </w:rPr>
        <w:t xml:space="preserve">2.- </w:t>
      </w:r>
      <w:r w:rsidRPr="007F6180">
        <w:rPr>
          <w:rFonts w:ascii="Aptos" w:hAnsi="Aptos"/>
          <w:b/>
          <w:bCs/>
          <w:lang w:val="es-ES"/>
        </w:rPr>
        <w:t xml:space="preserve">DESCRIPCIÓN DE LA ENTIDAD GESTORA </w:t>
      </w:r>
      <w:r>
        <w:rPr>
          <w:rFonts w:ascii="Aptos" w:hAnsi="Aptos"/>
          <w:b/>
          <w:bCs/>
          <w:lang w:val="es-ES"/>
        </w:rPr>
        <w:t>NO ACTIVA COMO AEI</w:t>
      </w:r>
    </w:p>
    <w:p w14:paraId="3B05C25E" w14:textId="77777777" w:rsidR="000167AE" w:rsidRDefault="000167AE" w:rsidP="000167AE">
      <w:pPr>
        <w:tabs>
          <w:tab w:val="left" w:pos="284"/>
        </w:tabs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0167AE" w:rsidRPr="00F71B10" w14:paraId="6C37D743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66FE71DB" w14:textId="77777777" w:rsidR="000167AE" w:rsidRDefault="000167AE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Constitución y d</w:t>
            </w:r>
            <w:r w:rsidRPr="00EA53C7">
              <w:rPr>
                <w:rFonts w:ascii="Aptos" w:hAnsi="Aptos"/>
                <w:b/>
                <w:lang w:val="es-ES_tradnl"/>
              </w:rPr>
              <w:t xml:space="preserve">enominación completa: </w:t>
            </w:r>
          </w:p>
          <w:p w14:paraId="4A62CA01" w14:textId="77777777" w:rsidR="000167AE" w:rsidRPr="001D2CF3" w:rsidRDefault="000167AE" w:rsidP="009C44D2">
            <w:pPr>
              <w:jc w:val="both"/>
              <w:rPr>
                <w:rFonts w:ascii="Aptos" w:hAnsi="Aptos"/>
                <w:bCs/>
                <w:lang w:val="es-ES_tradnl"/>
              </w:rPr>
            </w:pPr>
            <w:r w:rsidRPr="001D2CF3">
              <w:rPr>
                <w:rFonts w:ascii="Aptos" w:hAnsi="Aptos"/>
                <w:bCs/>
                <w:lang w:val="es-ES_tradnl"/>
              </w:rPr>
              <w:t>Las entidades beneficiarias deberán est</w:t>
            </w:r>
            <w:r>
              <w:rPr>
                <w:rFonts w:ascii="Aptos" w:hAnsi="Aptos"/>
                <w:bCs/>
                <w:lang w:val="es-ES_tradnl"/>
              </w:rPr>
              <w:t>ar</w:t>
            </w:r>
            <w:r w:rsidRPr="001D2CF3">
              <w:rPr>
                <w:rFonts w:ascii="Aptos" w:hAnsi="Aptos"/>
                <w:bCs/>
                <w:lang w:val="es-ES_tradnl"/>
              </w:rPr>
              <w:t xml:space="preserve"> legalmente constituidas en la </w:t>
            </w:r>
            <w:r>
              <w:rPr>
                <w:rFonts w:ascii="Aptos" w:hAnsi="Aptos"/>
                <w:bCs/>
                <w:lang w:val="es-ES_tradnl"/>
              </w:rPr>
              <w:t>CV</w:t>
            </w:r>
            <w:r w:rsidRPr="001D2CF3">
              <w:rPr>
                <w:rFonts w:ascii="Aptos" w:hAnsi="Aptos"/>
                <w:bCs/>
                <w:lang w:val="es-ES_tradnl"/>
              </w:rPr>
              <w:t xml:space="preserve"> como entidades con personalidad jurídica propia y sin ánimo de lucro.</w:t>
            </w:r>
          </w:p>
          <w:p w14:paraId="4AEC7456" w14:textId="77777777" w:rsidR="000167AE" w:rsidRPr="004C14F3" w:rsidRDefault="000167AE" w:rsidP="009C44D2">
            <w:pPr>
              <w:jc w:val="both"/>
              <w:rPr>
                <w:rFonts w:ascii="Aptos" w:hAnsi="Aptos"/>
                <w:b/>
                <w:lang w:val="es-ES_tradnl"/>
              </w:rPr>
            </w:pPr>
            <w:r w:rsidRPr="001D2CF3">
              <w:rPr>
                <w:rFonts w:ascii="Aptos" w:hAnsi="Aptos"/>
                <w:bCs/>
                <w:lang w:val="es-ES_tradnl"/>
              </w:rPr>
              <w:t>Indique la denominación completa de la entidad tal y como figura en los estatutos e incluya su página web.</w:t>
            </w:r>
          </w:p>
        </w:tc>
      </w:tr>
      <w:tr w:rsidR="000167AE" w:rsidRPr="00BD7AAC" w14:paraId="5EA694B8" w14:textId="77777777" w:rsidTr="009C44D2">
        <w:trPr>
          <w:trHeight w:val="293"/>
        </w:trPr>
        <w:tc>
          <w:tcPr>
            <w:tcW w:w="8640" w:type="dxa"/>
          </w:tcPr>
          <w:p w14:paraId="354A253E" w14:textId="77777777" w:rsidR="000167AE" w:rsidRDefault="000167AE" w:rsidP="009C44D2">
            <w:pPr>
              <w:rPr>
                <w:rFonts w:ascii="Aptos" w:hAnsi="Aptos"/>
                <w:b/>
                <w:lang w:val="es-ES_tradnl"/>
              </w:rPr>
            </w:pPr>
          </w:p>
          <w:p w14:paraId="788397C2" w14:textId="4FB27AD3" w:rsidR="000167AE" w:rsidRDefault="000167AE" w:rsidP="009C44D2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b/>
                <w:lang w:val="es-ES_tradnl"/>
              </w:rPr>
              <w:t xml:space="preserve">Personalidad jurídica: </w:t>
            </w:r>
            <w:r w:rsidRPr="00EA53C7">
              <w:rPr>
                <w:rFonts w:ascii="Aptos" w:hAnsi="Aptos"/>
                <w:lang w:val="es-ES_tradnl"/>
              </w:rPr>
              <w:t xml:space="preserve">☐ </w:t>
            </w:r>
            <w:r w:rsidR="00F71B10" w:rsidRPr="00EA53C7">
              <w:rPr>
                <w:rFonts w:ascii="Aptos" w:hAnsi="Aptos"/>
                <w:lang w:val="es-ES_tradnl"/>
              </w:rPr>
              <w:t>Asociación ☐</w:t>
            </w:r>
            <w:r w:rsidRPr="00EA53C7">
              <w:rPr>
                <w:rFonts w:ascii="Aptos" w:hAnsi="Aptos"/>
                <w:lang w:val="es-ES_tradnl"/>
              </w:rPr>
              <w:t xml:space="preserve"> Fundación ☐ Otra: </w:t>
            </w:r>
            <w:r>
              <w:rPr>
                <w:rFonts w:ascii="Aptos" w:hAnsi="Aptos"/>
                <w:lang w:val="es-ES_tradnl"/>
              </w:rPr>
              <w:t>……………</w:t>
            </w:r>
          </w:p>
          <w:p w14:paraId="6B61DE51" w14:textId="77777777" w:rsidR="000167AE" w:rsidRPr="00587171" w:rsidRDefault="000167AE" w:rsidP="009C44D2">
            <w:pPr>
              <w:rPr>
                <w:rFonts w:ascii="Aptos" w:hAnsi="Aptos"/>
                <w:b/>
                <w:bCs/>
                <w:lang w:val="es-ES_tradnl"/>
              </w:rPr>
            </w:pPr>
            <w:r w:rsidRPr="00587171">
              <w:rPr>
                <w:rFonts w:ascii="Aptos" w:hAnsi="Aptos"/>
                <w:b/>
                <w:bCs/>
                <w:lang w:val="es-ES_tradnl"/>
              </w:rPr>
              <w:t xml:space="preserve">Nombre: </w:t>
            </w:r>
            <w:r>
              <w:rPr>
                <w:rFonts w:ascii="Aptos" w:hAnsi="Aptos"/>
                <w:b/>
                <w:bCs/>
                <w:lang w:val="es-ES_tradnl"/>
              </w:rPr>
              <w:t>……………</w:t>
            </w:r>
          </w:p>
          <w:p w14:paraId="249AB88C" w14:textId="4752EDF2" w:rsidR="000167AE" w:rsidRPr="00587171" w:rsidRDefault="000167AE" w:rsidP="009C44D2">
            <w:pPr>
              <w:rPr>
                <w:rFonts w:ascii="Aptos" w:hAnsi="Aptos"/>
                <w:b/>
                <w:bCs/>
                <w:lang w:val="es-ES_tradnl"/>
              </w:rPr>
            </w:pPr>
            <w:r w:rsidRPr="00587171">
              <w:rPr>
                <w:rFonts w:ascii="Aptos" w:hAnsi="Aptos"/>
                <w:b/>
                <w:bCs/>
                <w:lang w:val="es-ES_tradnl"/>
              </w:rPr>
              <w:t xml:space="preserve">Web: </w:t>
            </w:r>
            <w:r>
              <w:rPr>
                <w:rFonts w:ascii="Aptos" w:hAnsi="Aptos"/>
                <w:b/>
                <w:bCs/>
                <w:lang w:val="es-ES_tradnl"/>
              </w:rPr>
              <w:t>……………</w:t>
            </w:r>
          </w:p>
        </w:tc>
      </w:tr>
    </w:tbl>
    <w:p w14:paraId="37A44A16" w14:textId="77777777" w:rsidR="000167AE" w:rsidRDefault="000167AE" w:rsidP="000167AE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0167AE" w:rsidRPr="00F71B10" w14:paraId="64B61BC1" w14:textId="77777777" w:rsidTr="009C44D2">
        <w:tc>
          <w:tcPr>
            <w:tcW w:w="8636" w:type="dxa"/>
            <w:shd w:val="clear" w:color="auto" w:fill="D9D9D9" w:themeFill="background1" w:themeFillShade="D9"/>
          </w:tcPr>
          <w:p w14:paraId="34BAEF68" w14:textId="77777777" w:rsidR="000167AE" w:rsidRDefault="000167AE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Objeto social</w:t>
            </w:r>
            <w:r w:rsidRPr="00EA53C7">
              <w:rPr>
                <w:rFonts w:ascii="Aptos" w:hAnsi="Aptos"/>
                <w:b/>
                <w:lang w:val="es-ES_tradnl"/>
              </w:rPr>
              <w:t xml:space="preserve">: </w:t>
            </w:r>
          </w:p>
          <w:p w14:paraId="027F3237" w14:textId="77777777" w:rsidR="000167AE" w:rsidRPr="004915CF" w:rsidRDefault="000167AE" w:rsidP="009C44D2">
            <w:pPr>
              <w:jc w:val="both"/>
              <w:rPr>
                <w:rFonts w:ascii="Aptos" w:hAnsi="Aptos"/>
                <w:lang w:val="es-ES"/>
              </w:rPr>
            </w:pPr>
            <w:r w:rsidRPr="006D4D80">
              <w:rPr>
                <w:rFonts w:ascii="Aptos" w:hAnsi="Aptos"/>
                <w:lang w:val="es-ES"/>
              </w:rPr>
              <w:t>La entidad gestora debe tener como objeto social principal la mejora de la competitividad de las empresas e industrias del clúster, especialmente aquellas con sede en la CV, mediante la cooperación entre sus miembros, el impulso de proyectos conjuntos y el desarrollo de capacidades estratégicas compartidas.</w:t>
            </w:r>
            <w:r w:rsidRPr="004915CF">
              <w:rPr>
                <w:rFonts w:ascii="Aptos" w:hAnsi="Aptos"/>
                <w:lang w:val="es-ES"/>
              </w:rPr>
              <w:t xml:space="preserve"> </w:t>
            </w:r>
          </w:p>
        </w:tc>
      </w:tr>
      <w:tr w:rsidR="000167AE" w:rsidRPr="00F71B10" w14:paraId="597A3B4D" w14:textId="77777777" w:rsidTr="009C44D2">
        <w:trPr>
          <w:trHeight w:val="293"/>
        </w:trPr>
        <w:tc>
          <w:tcPr>
            <w:tcW w:w="8636" w:type="dxa"/>
          </w:tcPr>
          <w:p w14:paraId="3953A8A9" w14:textId="77777777" w:rsidR="000167AE" w:rsidRPr="00EA53C7" w:rsidRDefault="000167AE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Indicar si lo cumple o no …. </w:t>
            </w:r>
          </w:p>
        </w:tc>
      </w:tr>
    </w:tbl>
    <w:p w14:paraId="4141E5FE" w14:textId="77777777" w:rsidR="000167AE" w:rsidRDefault="000167AE" w:rsidP="000167AE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0167AE" w:rsidRPr="00F71B10" w14:paraId="56E90D92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18212621" w14:textId="77777777" w:rsidR="000167AE" w:rsidRDefault="000167AE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Compromiso de los asociados:</w:t>
            </w:r>
          </w:p>
          <w:p w14:paraId="4AC08632" w14:textId="77777777" w:rsidR="000167AE" w:rsidRPr="00EA53C7" w:rsidRDefault="000167AE" w:rsidP="009C44D2">
            <w:pPr>
              <w:jc w:val="both"/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En los estatutos de la entidad gestora debe figurar el </w:t>
            </w:r>
            <w:r w:rsidRPr="005F177E">
              <w:rPr>
                <w:rFonts w:ascii="Aptos" w:hAnsi="Aptos"/>
                <w:lang w:val="es-ES"/>
              </w:rPr>
              <w:t xml:space="preserve">compromiso de los </w:t>
            </w:r>
            <w:r>
              <w:rPr>
                <w:rFonts w:ascii="Aptos" w:hAnsi="Aptos"/>
                <w:lang w:val="es-ES"/>
              </w:rPr>
              <w:t xml:space="preserve">asociados </w:t>
            </w:r>
            <w:r w:rsidRPr="005F177E">
              <w:rPr>
                <w:rFonts w:ascii="Aptos" w:hAnsi="Aptos"/>
                <w:lang w:val="es-ES"/>
              </w:rPr>
              <w:t xml:space="preserve">de colaborar activamente para alcanzar objetivos comunes, orientados a la mejora de la competitividad, la innovación, la sostenibilidad o la internacionalización. </w:t>
            </w:r>
          </w:p>
        </w:tc>
      </w:tr>
      <w:tr w:rsidR="000167AE" w:rsidRPr="00F71B10" w14:paraId="6159C619" w14:textId="77777777" w:rsidTr="009C44D2">
        <w:trPr>
          <w:trHeight w:val="293"/>
        </w:trPr>
        <w:tc>
          <w:tcPr>
            <w:tcW w:w="8640" w:type="dxa"/>
          </w:tcPr>
          <w:p w14:paraId="1DBFC79E" w14:textId="77777777" w:rsidR="000167AE" w:rsidRPr="00EA53C7" w:rsidRDefault="000167AE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Indicar si lo cumple o no …. </w:t>
            </w:r>
          </w:p>
        </w:tc>
      </w:tr>
    </w:tbl>
    <w:p w14:paraId="4C1194C8" w14:textId="77777777" w:rsidR="000167AE" w:rsidRDefault="000167AE" w:rsidP="000167AE">
      <w:pPr>
        <w:spacing w:after="0" w:line="240" w:lineRule="auto"/>
        <w:rPr>
          <w:rFonts w:ascii="Aptos" w:hAnsi="Aptos"/>
          <w:lang w:val="es-ES_tradnl"/>
        </w:rPr>
      </w:pPr>
    </w:p>
    <w:p w14:paraId="1A69CA67" w14:textId="77777777" w:rsidR="00030556" w:rsidRDefault="00030556">
      <w:pPr>
        <w:rPr>
          <w:rFonts w:ascii="Aptos" w:hAnsi="Aptos"/>
          <w:lang w:val="es-ES_tradnl"/>
        </w:rPr>
      </w:pPr>
      <w:r>
        <w:rPr>
          <w:rFonts w:ascii="Aptos" w:hAnsi="Aptos"/>
          <w:lang w:val="es-ES_tradnl"/>
        </w:rPr>
        <w:br w:type="page"/>
      </w:r>
    </w:p>
    <w:p w14:paraId="4A954B5A" w14:textId="77777777" w:rsidR="00395451" w:rsidRPr="00BE194E" w:rsidRDefault="00395451" w:rsidP="00395451">
      <w:pPr>
        <w:spacing w:after="0" w:line="240" w:lineRule="auto"/>
        <w:rPr>
          <w:rFonts w:ascii="Aptos" w:hAnsi="Aptos"/>
          <w:b/>
          <w:bCs/>
          <w:lang w:val="es-ES_tradnl"/>
        </w:rPr>
      </w:pPr>
      <w:r w:rsidRPr="00BE194E">
        <w:rPr>
          <w:rFonts w:ascii="Aptos" w:hAnsi="Aptos"/>
          <w:b/>
          <w:bCs/>
          <w:lang w:val="es-ES_tradnl"/>
        </w:rPr>
        <w:lastRenderedPageBreak/>
        <w:t>3</w:t>
      </w:r>
      <w:r>
        <w:rPr>
          <w:rFonts w:ascii="Aptos" w:hAnsi="Aptos"/>
          <w:b/>
          <w:bCs/>
          <w:lang w:val="es-ES_tradnl"/>
        </w:rPr>
        <w:t xml:space="preserve">.- </w:t>
      </w:r>
      <w:r w:rsidRPr="00BE194E">
        <w:rPr>
          <w:rFonts w:ascii="Aptos" w:hAnsi="Aptos"/>
          <w:b/>
          <w:bCs/>
          <w:lang w:val="es-ES_tradnl"/>
        </w:rPr>
        <w:t>CUMPLIMIENTO DE CRITERIOS GENERALES</w:t>
      </w:r>
    </w:p>
    <w:p w14:paraId="5C78A8CA" w14:textId="77777777" w:rsidR="00395451" w:rsidRDefault="00395451" w:rsidP="00395451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395451" w:rsidRPr="00F71B10" w14:paraId="54E2B363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1BF03935" w14:textId="77777777" w:rsidR="00395451" w:rsidRDefault="00395451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Ámbito económico o sector industrial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69CF6857" w14:textId="77777777" w:rsidR="00395451" w:rsidRPr="00EA53C7" w:rsidRDefault="00395451" w:rsidP="009C44D2">
            <w:pPr>
              <w:jc w:val="both"/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Indicar el ámbito económico o sector industrial en el que la entidad gestora focaliza sus actuaciones</w:t>
            </w:r>
            <w:r w:rsidRPr="004125C2">
              <w:rPr>
                <w:rFonts w:ascii="Aptos" w:hAnsi="Aptos"/>
                <w:lang w:val="es-ES_tradnl"/>
              </w:rPr>
              <w:t>, así como una breve descripción de la cadena de valor del clúster representado</w:t>
            </w:r>
            <w:r>
              <w:rPr>
                <w:rFonts w:ascii="Aptos" w:hAnsi="Aptos"/>
                <w:lang w:val="es-ES_tradnl"/>
              </w:rPr>
              <w:t>.</w:t>
            </w:r>
          </w:p>
        </w:tc>
      </w:tr>
      <w:tr w:rsidR="00395451" w:rsidRPr="00F71B10" w14:paraId="5CF019A0" w14:textId="77777777" w:rsidTr="009C44D2">
        <w:trPr>
          <w:trHeight w:val="293"/>
        </w:trPr>
        <w:tc>
          <w:tcPr>
            <w:tcW w:w="8640" w:type="dxa"/>
          </w:tcPr>
          <w:p w14:paraId="1808B861" w14:textId="77777777" w:rsidR="00395451" w:rsidRDefault="00395451" w:rsidP="009C44D2">
            <w:pPr>
              <w:rPr>
                <w:rFonts w:ascii="Aptos" w:hAnsi="Aptos"/>
                <w:lang w:val="es-ES_tradnl"/>
              </w:rPr>
            </w:pPr>
          </w:p>
          <w:p w14:paraId="21962BCB" w14:textId="77777777" w:rsidR="00395451" w:rsidRDefault="00395451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Ámbito/sector: </w:t>
            </w:r>
          </w:p>
          <w:p w14:paraId="191ADA53" w14:textId="77777777" w:rsidR="00395451" w:rsidRDefault="00395451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Cadena de valor: </w:t>
            </w:r>
          </w:p>
          <w:p w14:paraId="363651E2" w14:textId="77777777" w:rsidR="00395451" w:rsidRPr="00EA53C7" w:rsidRDefault="00395451" w:rsidP="009C44D2">
            <w:pPr>
              <w:rPr>
                <w:rFonts w:ascii="Aptos" w:hAnsi="Aptos"/>
                <w:lang w:val="es-ES_tradnl"/>
              </w:rPr>
            </w:pPr>
          </w:p>
        </w:tc>
      </w:tr>
    </w:tbl>
    <w:p w14:paraId="0213F6C1" w14:textId="77777777" w:rsidR="00395451" w:rsidRDefault="00395451" w:rsidP="00395451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395451" w:rsidRPr="00F71B10" w14:paraId="65007CBC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52EE059B" w14:textId="77777777" w:rsidR="00395451" w:rsidRDefault="00395451" w:rsidP="009C44D2">
            <w:pPr>
              <w:rPr>
                <w:rFonts w:ascii="Aptos" w:hAnsi="Aptos"/>
                <w:b/>
                <w:lang w:val="es-ES_tradnl"/>
              </w:rPr>
            </w:pPr>
            <w:r w:rsidRPr="00825B4A">
              <w:rPr>
                <w:rFonts w:ascii="Aptos" w:hAnsi="Aptos"/>
                <w:b/>
                <w:lang w:val="es-ES_tradnl"/>
              </w:rPr>
              <w:t>Composición y masa crítica del clúster</w:t>
            </w:r>
            <w:r w:rsidRPr="00EA53C7">
              <w:rPr>
                <w:rFonts w:ascii="Aptos" w:hAnsi="Aptos"/>
                <w:b/>
                <w:lang w:val="es-ES_tradnl"/>
              </w:rPr>
              <w:t xml:space="preserve">: </w:t>
            </w:r>
          </w:p>
          <w:p w14:paraId="1059EDB2" w14:textId="77777777" w:rsidR="00395451" w:rsidRPr="00EA53C7" w:rsidRDefault="00395451" w:rsidP="009C44D2">
            <w:pPr>
              <w:jc w:val="both"/>
              <w:rPr>
                <w:rFonts w:ascii="Aptos" w:hAnsi="Aptos"/>
                <w:lang w:val="es-ES_tradnl"/>
              </w:rPr>
            </w:pPr>
            <w:r w:rsidRPr="008537F7">
              <w:rPr>
                <w:rFonts w:ascii="Aptos" w:hAnsi="Aptos"/>
                <w:bCs/>
                <w:lang w:val="es-ES_tradnl"/>
              </w:rPr>
              <w:t xml:space="preserve">Indique la composición del clúster, detallando el </w:t>
            </w:r>
            <w:r w:rsidRPr="00CE2675">
              <w:rPr>
                <w:rFonts w:ascii="Aptos" w:hAnsi="Aptos"/>
                <w:b/>
                <w:lang w:val="es-ES_tradnl"/>
              </w:rPr>
              <w:t>número</w:t>
            </w:r>
            <w:r>
              <w:rPr>
                <w:rFonts w:ascii="Aptos" w:hAnsi="Aptos"/>
                <w:b/>
                <w:lang w:val="es-ES_tradnl"/>
              </w:rPr>
              <w:t xml:space="preserve"> (Nº)</w:t>
            </w:r>
            <w:r w:rsidRPr="00CE2675">
              <w:rPr>
                <w:rFonts w:ascii="Aptos" w:hAnsi="Aptos"/>
                <w:b/>
                <w:lang w:val="es-ES_tradnl"/>
              </w:rPr>
              <w:t xml:space="preserve"> </w:t>
            </w:r>
            <w:r w:rsidRPr="008537F7">
              <w:rPr>
                <w:rFonts w:ascii="Aptos" w:hAnsi="Aptos"/>
                <w:bCs/>
                <w:lang w:val="es-ES_tradnl"/>
              </w:rPr>
              <w:t xml:space="preserve">de asociados según su tipología, </w:t>
            </w:r>
            <w:r w:rsidRPr="003A3563">
              <w:rPr>
                <w:rFonts w:ascii="Aptos" w:hAnsi="Aptos"/>
                <w:b/>
                <w:lang w:val="es-ES_tradnl"/>
              </w:rPr>
              <w:t>localización</w:t>
            </w:r>
            <w:r>
              <w:rPr>
                <w:rFonts w:ascii="Aptos" w:hAnsi="Aptos"/>
                <w:bCs/>
                <w:lang w:val="es-ES_tradnl"/>
              </w:rPr>
              <w:t xml:space="preserve"> e</w:t>
            </w:r>
            <w:r w:rsidRPr="008537F7">
              <w:rPr>
                <w:rFonts w:ascii="Aptos" w:hAnsi="Aptos"/>
                <w:bCs/>
                <w:lang w:val="es-ES_tradnl"/>
              </w:rPr>
              <w:t xml:space="preserve"> </w:t>
            </w:r>
            <w:r w:rsidRPr="00CE2675">
              <w:rPr>
                <w:rFonts w:ascii="Aptos" w:hAnsi="Aptos"/>
                <w:b/>
                <w:lang w:val="es-ES_tradnl"/>
              </w:rPr>
              <w:t xml:space="preserve">identificación </w:t>
            </w:r>
            <w:r w:rsidRPr="008537F7">
              <w:rPr>
                <w:rFonts w:ascii="Aptos" w:hAnsi="Aptos"/>
                <w:bCs/>
                <w:lang w:val="es-ES_tradnl"/>
              </w:rPr>
              <w:t>de las entidades proveedoras de conocimiento y/o tecnología.</w:t>
            </w:r>
          </w:p>
        </w:tc>
      </w:tr>
      <w:tr w:rsidR="00395451" w:rsidRPr="00F71B10" w14:paraId="473A0D4E" w14:textId="77777777" w:rsidTr="009C44D2">
        <w:trPr>
          <w:trHeight w:val="1413"/>
        </w:trPr>
        <w:tc>
          <w:tcPr>
            <w:tcW w:w="8640" w:type="dxa"/>
          </w:tcPr>
          <w:p w14:paraId="5EBE258A" w14:textId="77777777" w:rsidR="00395451" w:rsidRPr="00EA53C7" w:rsidRDefault="00395451" w:rsidP="009C44D2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521"/>
              <w:gridCol w:w="1331"/>
              <w:gridCol w:w="1559"/>
              <w:gridCol w:w="1701"/>
              <w:gridCol w:w="1547"/>
              <w:gridCol w:w="751"/>
            </w:tblGrid>
            <w:tr w:rsidR="00395451" w:rsidRPr="00F71B10" w14:paraId="647C6A5C" w14:textId="77777777" w:rsidTr="009C44D2">
              <w:tc>
                <w:tcPr>
                  <w:tcW w:w="1521" w:type="dxa"/>
                  <w:shd w:val="clear" w:color="auto" w:fill="F2F2F2" w:themeFill="background1" w:themeFillShade="F2"/>
                </w:tcPr>
                <w:p w14:paraId="3FB318E4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Nº </w:t>
                  </w:r>
                  <w:r w:rsidRPr="00EA53C7">
                    <w:rPr>
                      <w:rFonts w:ascii="Aptos" w:hAnsi="Aptos"/>
                      <w:lang w:val="es-ES_tradnl"/>
                    </w:rPr>
                    <w:t>P</w:t>
                  </w:r>
                  <w:r>
                    <w:rPr>
                      <w:rFonts w:ascii="Aptos" w:hAnsi="Aptos"/>
                      <w:lang w:val="es-ES_tradnl"/>
                    </w:rPr>
                    <w:t>YMES</w:t>
                  </w:r>
                </w:p>
              </w:tc>
              <w:tc>
                <w:tcPr>
                  <w:tcW w:w="1331" w:type="dxa"/>
                  <w:shd w:val="clear" w:color="auto" w:fill="F2F2F2" w:themeFill="background1" w:themeFillShade="F2"/>
                </w:tcPr>
                <w:p w14:paraId="54CEC309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Nº g</w:t>
                  </w:r>
                  <w:r w:rsidRPr="00EA53C7">
                    <w:rPr>
                      <w:rFonts w:ascii="Aptos" w:hAnsi="Aptos"/>
                      <w:lang w:val="es-ES_tradnl"/>
                    </w:rPr>
                    <w:t>randes</w:t>
                  </w:r>
                  <w:r>
                    <w:rPr>
                      <w:rFonts w:ascii="Aptos" w:hAnsi="Aptos"/>
                      <w:lang w:val="es-ES_tradnl"/>
                    </w:rPr>
                    <w:t xml:space="preserve"> empresas</w:t>
                  </w:r>
                </w:p>
              </w:tc>
              <w:tc>
                <w:tcPr>
                  <w:tcW w:w="1559" w:type="dxa"/>
                  <w:shd w:val="clear" w:color="auto" w:fill="F2F2F2" w:themeFill="background1" w:themeFillShade="F2"/>
                </w:tcPr>
                <w:p w14:paraId="1B1D12CE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Nº c</w:t>
                  </w:r>
                  <w:r w:rsidRPr="00EA53C7">
                    <w:rPr>
                      <w:rFonts w:ascii="Aptos" w:hAnsi="Aptos"/>
                      <w:lang w:val="es-ES_tradnl"/>
                    </w:rPr>
                    <w:t>entros tec</w:t>
                  </w:r>
                  <w:r>
                    <w:rPr>
                      <w:rFonts w:ascii="Aptos" w:hAnsi="Aptos"/>
                      <w:lang w:val="es-ES_tradnl"/>
                    </w:rPr>
                    <w:t>nológicos</w:t>
                  </w:r>
                </w:p>
              </w:tc>
              <w:tc>
                <w:tcPr>
                  <w:tcW w:w="1701" w:type="dxa"/>
                  <w:shd w:val="clear" w:color="auto" w:fill="F2F2F2" w:themeFill="background1" w:themeFillShade="F2"/>
                </w:tcPr>
                <w:p w14:paraId="456716D8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Nº u</w:t>
                  </w:r>
                  <w:r w:rsidRPr="00EA53C7">
                    <w:rPr>
                      <w:rFonts w:ascii="Aptos" w:hAnsi="Aptos"/>
                      <w:lang w:val="es-ES_tradnl"/>
                    </w:rPr>
                    <w:t>niversidades</w:t>
                  </w:r>
                </w:p>
              </w:tc>
              <w:tc>
                <w:tcPr>
                  <w:tcW w:w="1547" w:type="dxa"/>
                  <w:shd w:val="clear" w:color="auto" w:fill="F2F2F2" w:themeFill="background1" w:themeFillShade="F2"/>
                </w:tcPr>
                <w:p w14:paraId="1EE4242D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Nº </w:t>
                  </w:r>
                  <w:r w:rsidRPr="00EA53C7">
                    <w:rPr>
                      <w:rFonts w:ascii="Aptos" w:hAnsi="Aptos"/>
                      <w:lang w:val="es-ES_tradnl"/>
                    </w:rPr>
                    <w:t>Entidades públicas</w:t>
                  </w:r>
                </w:p>
              </w:tc>
              <w:tc>
                <w:tcPr>
                  <w:tcW w:w="751" w:type="dxa"/>
                  <w:shd w:val="clear" w:color="auto" w:fill="F2F2F2" w:themeFill="background1" w:themeFillShade="F2"/>
                </w:tcPr>
                <w:p w14:paraId="314CA5AB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Otros</w:t>
                  </w:r>
                </w:p>
              </w:tc>
            </w:tr>
            <w:tr w:rsidR="00395451" w:rsidRPr="00F71B10" w14:paraId="05AF35F2" w14:textId="77777777" w:rsidTr="009C44D2">
              <w:tc>
                <w:tcPr>
                  <w:tcW w:w="1521" w:type="dxa"/>
                </w:tcPr>
                <w:p w14:paraId="14093214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1331" w:type="dxa"/>
                </w:tcPr>
                <w:p w14:paraId="3FD2D6E6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1559" w:type="dxa"/>
                </w:tcPr>
                <w:p w14:paraId="168B00C9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</w:t>
                  </w:r>
                </w:p>
              </w:tc>
              <w:tc>
                <w:tcPr>
                  <w:tcW w:w="1701" w:type="dxa"/>
                </w:tcPr>
                <w:p w14:paraId="6DA9E094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1547" w:type="dxa"/>
                </w:tcPr>
                <w:p w14:paraId="29198B7F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</w:t>
                  </w:r>
                </w:p>
              </w:tc>
              <w:tc>
                <w:tcPr>
                  <w:tcW w:w="751" w:type="dxa"/>
                </w:tcPr>
                <w:p w14:paraId="5409592F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</w:t>
                  </w:r>
                </w:p>
              </w:tc>
            </w:tr>
          </w:tbl>
          <w:p w14:paraId="2DB53E89" w14:textId="77777777" w:rsidR="00395451" w:rsidRDefault="00395451" w:rsidP="009C44D2">
            <w:pPr>
              <w:rPr>
                <w:rFonts w:ascii="Aptos" w:hAnsi="Aptos"/>
                <w:lang w:val="es-ES_tradnl"/>
              </w:rPr>
            </w:pPr>
          </w:p>
          <w:p w14:paraId="1D2CDB66" w14:textId="77777777" w:rsidR="00395451" w:rsidRDefault="00395451" w:rsidP="009C44D2">
            <w:pPr>
              <w:rPr>
                <w:rFonts w:ascii="Aptos" w:hAnsi="Aptos"/>
                <w:lang w:val="es-ES_tradnl"/>
              </w:rPr>
            </w:pPr>
            <w:r w:rsidRPr="001B3E41">
              <w:rPr>
                <w:rFonts w:ascii="Aptos" w:hAnsi="Aptos"/>
                <w:b/>
                <w:bCs/>
                <w:lang w:val="es-ES_tradnl"/>
              </w:rPr>
              <w:t>Localización:</w:t>
            </w:r>
            <w:r>
              <w:rPr>
                <w:rFonts w:ascii="Aptos" w:hAnsi="Aptos"/>
                <w:lang w:val="es-ES_tradnl"/>
              </w:rPr>
              <w:t xml:space="preserve"> In</w:t>
            </w:r>
            <w:r w:rsidRPr="007C4371">
              <w:rPr>
                <w:rFonts w:ascii="Aptos" w:hAnsi="Aptos"/>
                <w:lang w:val="es-ES_tradnl"/>
              </w:rPr>
              <w:t>dicar el</w:t>
            </w:r>
            <w:r>
              <w:rPr>
                <w:rFonts w:ascii="Aptos" w:hAnsi="Aptos"/>
                <w:lang w:val="es-ES_tradnl"/>
              </w:rPr>
              <w:t xml:space="preserve"> porcentaje </w:t>
            </w:r>
            <w:r w:rsidRPr="007C4371">
              <w:rPr>
                <w:rFonts w:ascii="Aptos" w:hAnsi="Aptos"/>
                <w:lang w:val="es-ES_tradnl"/>
              </w:rPr>
              <w:t xml:space="preserve">de </w:t>
            </w:r>
            <w:r>
              <w:rPr>
                <w:rFonts w:ascii="Aptos" w:hAnsi="Aptos"/>
                <w:lang w:val="es-ES_tradnl"/>
              </w:rPr>
              <w:t>entidades asociadas</w:t>
            </w:r>
            <w:r w:rsidRPr="007C4371">
              <w:rPr>
                <w:rFonts w:ascii="Aptos" w:hAnsi="Aptos"/>
                <w:lang w:val="es-ES_tradnl"/>
              </w:rPr>
              <w:t xml:space="preserve"> con sede en la </w:t>
            </w:r>
            <w:r>
              <w:rPr>
                <w:rFonts w:ascii="Aptos" w:hAnsi="Aptos"/>
                <w:lang w:val="es-ES_tradnl"/>
              </w:rPr>
              <w:t>CV</w:t>
            </w:r>
            <w:proofErr w:type="gramStart"/>
            <w:r>
              <w:rPr>
                <w:rFonts w:ascii="Aptos" w:hAnsi="Aptos"/>
                <w:lang w:val="es-ES_tradnl"/>
              </w:rPr>
              <w:t xml:space="preserve"> ….</w:t>
            </w:r>
            <w:proofErr w:type="gramEnd"/>
            <w:r>
              <w:rPr>
                <w:rFonts w:ascii="Aptos" w:hAnsi="Aptos"/>
                <w:lang w:val="es-ES_tradnl"/>
              </w:rPr>
              <w:t>.%.</w:t>
            </w:r>
          </w:p>
          <w:p w14:paraId="5CE9926C" w14:textId="77777777" w:rsidR="00395451" w:rsidRDefault="00395451" w:rsidP="009C44D2">
            <w:pPr>
              <w:rPr>
                <w:rFonts w:ascii="Aptos" w:hAnsi="Aptos"/>
                <w:lang w:val="es-ES_tradnl"/>
              </w:rPr>
            </w:pPr>
          </w:p>
          <w:p w14:paraId="07A3262F" w14:textId="77777777" w:rsidR="00395451" w:rsidRDefault="00395451" w:rsidP="009C44D2">
            <w:pPr>
              <w:rPr>
                <w:rFonts w:ascii="Aptos" w:hAnsi="Aptos"/>
                <w:lang w:val="es-ES_tradnl"/>
              </w:rPr>
            </w:pPr>
            <w:r w:rsidRPr="00700210">
              <w:rPr>
                <w:rFonts w:ascii="Aptos" w:hAnsi="Aptos"/>
                <w:b/>
                <w:bCs/>
                <w:lang w:val="es-ES_tradnl"/>
              </w:rPr>
              <w:t>Identificación</w:t>
            </w:r>
            <w:r>
              <w:rPr>
                <w:rFonts w:ascii="Aptos" w:hAnsi="Aptos"/>
                <w:lang w:val="es-ES_tradnl"/>
              </w:rPr>
              <w:t xml:space="preserve">: </w:t>
            </w:r>
          </w:p>
          <w:p w14:paraId="18FC9099" w14:textId="77777777" w:rsidR="00395451" w:rsidRDefault="00395451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Centros Tecnológicos: </w:t>
            </w:r>
            <w:r w:rsidRPr="00EA53C7">
              <w:rPr>
                <w:rFonts w:ascii="Aptos" w:hAnsi="Aptos"/>
                <w:lang w:val="es-ES_tradnl"/>
              </w:rPr>
              <w:t>______</w:t>
            </w:r>
            <w:r>
              <w:rPr>
                <w:rFonts w:ascii="Aptos" w:hAnsi="Aptos"/>
                <w:lang w:val="es-ES_tradnl"/>
              </w:rPr>
              <w:t>___________________________________________________</w:t>
            </w:r>
            <w:r w:rsidRPr="00EA53C7">
              <w:rPr>
                <w:rFonts w:ascii="Aptos" w:hAnsi="Aptos"/>
                <w:lang w:val="es-ES_tradnl"/>
              </w:rPr>
              <w:t>__</w:t>
            </w:r>
          </w:p>
          <w:p w14:paraId="2C4407EA" w14:textId="77777777" w:rsidR="00395451" w:rsidRDefault="00395451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Universidades: ___________________________________________________________________</w:t>
            </w:r>
          </w:p>
          <w:p w14:paraId="48F056AD" w14:textId="77777777" w:rsidR="00395451" w:rsidRPr="00EA53C7" w:rsidRDefault="00395451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Entidades públicas: _______________________________________________________________</w:t>
            </w:r>
          </w:p>
        </w:tc>
      </w:tr>
    </w:tbl>
    <w:p w14:paraId="191D36BD" w14:textId="77777777" w:rsidR="00395451" w:rsidRPr="00EA53C7" w:rsidRDefault="00395451" w:rsidP="00395451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395451" w:rsidRPr="00F71B10" w14:paraId="06D5B1D3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10C9BC7E" w14:textId="77777777" w:rsidR="00395451" w:rsidRDefault="00395451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Gobernanza (criterios generales)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2650DA5C" w14:textId="77777777" w:rsidR="00395451" w:rsidRPr="002C6FF0" w:rsidRDefault="00395451" w:rsidP="009C44D2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r w:rsidRPr="00E55FC2">
              <w:rPr>
                <w:rFonts w:ascii="Aptos" w:hAnsi="Aptos"/>
                <w:lang w:val="es-ES"/>
              </w:rPr>
              <w:t xml:space="preserve">Indique la estructura de gobernanza y funcionamiento de la entidad gestora según Órganos de gobierno (ej. Asamblea General, Junta Directiva, Comité Técnico…), Composición (ej. empresas de la cadena de valor, entidades proveedoras de conocimiento y/o tecnología) y </w:t>
            </w:r>
            <w:r w:rsidRPr="006F7E8C">
              <w:rPr>
                <w:rFonts w:ascii="Aptos" w:hAnsi="Aptos"/>
                <w:lang w:val="es-ES"/>
              </w:rPr>
              <w:t>Funciones o responsabilidades de cada órgano (ej. aprobar planes estratégicos, coordinar proyectos, supervisar la innovación, etc.).</w:t>
            </w:r>
          </w:p>
        </w:tc>
      </w:tr>
      <w:tr w:rsidR="00395451" w:rsidRPr="00EA53C7" w14:paraId="4D99ED12" w14:textId="77777777" w:rsidTr="009C44D2">
        <w:trPr>
          <w:trHeight w:val="1369"/>
        </w:trPr>
        <w:tc>
          <w:tcPr>
            <w:tcW w:w="8640" w:type="dxa"/>
          </w:tcPr>
          <w:p w14:paraId="4F139A2F" w14:textId="77777777" w:rsidR="00395451" w:rsidRPr="00EA53C7" w:rsidRDefault="00395451" w:rsidP="009C44D2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2791"/>
              <w:gridCol w:w="2816"/>
              <w:gridCol w:w="2803"/>
            </w:tblGrid>
            <w:tr w:rsidR="00395451" w:rsidRPr="00EA53C7" w14:paraId="6B87F948" w14:textId="77777777" w:rsidTr="009C44D2">
              <w:tc>
                <w:tcPr>
                  <w:tcW w:w="2880" w:type="dxa"/>
                  <w:shd w:val="clear" w:color="auto" w:fill="F2F2F2" w:themeFill="background1" w:themeFillShade="F2"/>
                </w:tcPr>
                <w:p w14:paraId="3E0ECF32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Órgano</w:t>
                  </w:r>
                </w:p>
              </w:tc>
              <w:tc>
                <w:tcPr>
                  <w:tcW w:w="2880" w:type="dxa"/>
                  <w:shd w:val="clear" w:color="auto" w:fill="F2F2F2" w:themeFill="background1" w:themeFillShade="F2"/>
                </w:tcPr>
                <w:p w14:paraId="592F8E00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Composición</w:t>
                  </w:r>
                </w:p>
              </w:tc>
              <w:tc>
                <w:tcPr>
                  <w:tcW w:w="2880" w:type="dxa"/>
                  <w:shd w:val="clear" w:color="auto" w:fill="F2F2F2" w:themeFill="background1" w:themeFillShade="F2"/>
                </w:tcPr>
                <w:p w14:paraId="106771DE" w14:textId="77777777" w:rsidR="00395451" w:rsidRPr="00EA53C7" w:rsidRDefault="00395451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>Funciones</w:t>
                  </w:r>
                </w:p>
              </w:tc>
            </w:tr>
            <w:tr w:rsidR="00395451" w:rsidRPr="00EA53C7" w14:paraId="412B7186" w14:textId="77777777" w:rsidTr="009C44D2">
              <w:tc>
                <w:tcPr>
                  <w:tcW w:w="2880" w:type="dxa"/>
                </w:tcPr>
                <w:p w14:paraId="5A7342BB" w14:textId="77777777" w:rsidR="00395451" w:rsidRPr="00EA53C7" w:rsidRDefault="00395451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12D3D847" w14:textId="77777777" w:rsidR="00395451" w:rsidRPr="00EA53C7" w:rsidRDefault="00395451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641CD530" w14:textId="77777777" w:rsidR="00395451" w:rsidRPr="00EA53C7" w:rsidRDefault="00395451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</w:tr>
            <w:tr w:rsidR="00395451" w:rsidRPr="00EA53C7" w14:paraId="71B3297D" w14:textId="77777777" w:rsidTr="009C44D2">
              <w:tc>
                <w:tcPr>
                  <w:tcW w:w="2880" w:type="dxa"/>
                </w:tcPr>
                <w:p w14:paraId="3AAEE86A" w14:textId="77777777" w:rsidR="00395451" w:rsidRPr="00EA53C7" w:rsidRDefault="00395451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6316EFF7" w14:textId="77777777" w:rsidR="00395451" w:rsidRPr="00EA53C7" w:rsidRDefault="00395451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880" w:type="dxa"/>
                </w:tcPr>
                <w:p w14:paraId="0200BF2F" w14:textId="77777777" w:rsidR="00395451" w:rsidRPr="00EA53C7" w:rsidRDefault="00395451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</w:tr>
          </w:tbl>
          <w:p w14:paraId="014BA231" w14:textId="77777777" w:rsidR="00395451" w:rsidRPr="00EA53C7" w:rsidRDefault="00395451" w:rsidP="009C44D2">
            <w:pPr>
              <w:rPr>
                <w:rFonts w:ascii="Aptos" w:hAnsi="Aptos"/>
                <w:lang w:val="es-ES_tradnl"/>
              </w:rPr>
            </w:pPr>
          </w:p>
        </w:tc>
      </w:tr>
    </w:tbl>
    <w:p w14:paraId="25289905" w14:textId="77777777" w:rsidR="00395451" w:rsidRDefault="00395451" w:rsidP="00395451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395451" w:rsidRPr="00F71B10" w14:paraId="7404D64F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21830CB7" w14:textId="77777777" w:rsidR="00395451" w:rsidRDefault="00395451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Recursos organizativos y técnicos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3B8B8F4A" w14:textId="4D73E53A" w:rsidR="00395451" w:rsidRPr="002C6FF0" w:rsidRDefault="00395451" w:rsidP="009C44D2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bookmarkStart w:id="1" w:name="_Hlk210393490"/>
            <w:r w:rsidRPr="002E48A4">
              <w:rPr>
                <w:rFonts w:ascii="Aptos" w:hAnsi="Aptos"/>
                <w:lang w:val="es-ES"/>
              </w:rPr>
              <w:t xml:space="preserve">Indicar los recursos organizativos y técnicos de los que dispone la entidad gestora para el desarrollo de sus funciones de dinamización y gestión. Indicar, asimismo, si cuenta con al menos una persona </w:t>
            </w:r>
            <w:r w:rsidR="003B3163">
              <w:rPr>
                <w:rFonts w:ascii="Aptos" w:hAnsi="Aptos"/>
                <w:lang w:val="es-ES"/>
              </w:rPr>
              <w:t>en plantilla</w:t>
            </w:r>
            <w:r w:rsidRPr="002E48A4">
              <w:rPr>
                <w:rFonts w:ascii="Aptos" w:hAnsi="Aptos"/>
                <w:lang w:val="es-ES"/>
              </w:rPr>
              <w:t xml:space="preserve"> designada como </w:t>
            </w:r>
            <w:proofErr w:type="spellStart"/>
            <w:proofErr w:type="gramStart"/>
            <w:r w:rsidRPr="002E48A4">
              <w:rPr>
                <w:rFonts w:ascii="Aptos" w:hAnsi="Aptos"/>
                <w:i/>
                <w:iCs/>
                <w:lang w:val="es-ES"/>
              </w:rPr>
              <w:t>cluster</w:t>
            </w:r>
            <w:proofErr w:type="spellEnd"/>
            <w:proofErr w:type="gramEnd"/>
            <w:r w:rsidRPr="002E48A4">
              <w:rPr>
                <w:rFonts w:ascii="Aptos" w:hAnsi="Aptos"/>
                <w:i/>
                <w:iCs/>
                <w:lang w:val="es-ES"/>
              </w:rPr>
              <w:t xml:space="preserve"> </w:t>
            </w:r>
            <w:proofErr w:type="gramStart"/>
            <w:r w:rsidRPr="002E48A4">
              <w:rPr>
                <w:rFonts w:ascii="Aptos" w:hAnsi="Aptos"/>
                <w:i/>
                <w:iCs/>
                <w:lang w:val="es-ES"/>
              </w:rPr>
              <w:t>manager</w:t>
            </w:r>
            <w:proofErr w:type="gramEnd"/>
            <w:r w:rsidRPr="002E48A4">
              <w:rPr>
                <w:rFonts w:ascii="Aptos" w:hAnsi="Aptos"/>
                <w:i/>
                <w:iCs/>
                <w:lang w:val="es-ES"/>
              </w:rPr>
              <w:t xml:space="preserve"> </w:t>
            </w:r>
            <w:r w:rsidRPr="002E48A4">
              <w:rPr>
                <w:rFonts w:ascii="Aptos" w:hAnsi="Aptos"/>
                <w:lang w:val="es-ES"/>
              </w:rPr>
              <w:t>o similar, con dedicación suficiente y formación específica para la gestión del clúster.</w:t>
            </w:r>
            <w:bookmarkEnd w:id="1"/>
          </w:p>
        </w:tc>
      </w:tr>
      <w:tr w:rsidR="00395451" w:rsidRPr="00F71B10" w14:paraId="7B5001DC" w14:textId="77777777" w:rsidTr="009C44D2">
        <w:trPr>
          <w:trHeight w:val="480"/>
        </w:trPr>
        <w:tc>
          <w:tcPr>
            <w:tcW w:w="8640" w:type="dxa"/>
          </w:tcPr>
          <w:p w14:paraId="789E7906" w14:textId="77777777" w:rsidR="00395451" w:rsidRDefault="00395451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Descripción de recursos: ……. </w:t>
            </w:r>
          </w:p>
          <w:p w14:paraId="7295E3C5" w14:textId="6FF7E4B4" w:rsidR="00395451" w:rsidRPr="00EA53C7" w:rsidRDefault="00F71B10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Clúster</w:t>
            </w:r>
            <w:r w:rsidR="00395451">
              <w:rPr>
                <w:rFonts w:ascii="Aptos" w:hAnsi="Aptos"/>
                <w:lang w:val="es-ES_tradnl"/>
              </w:rPr>
              <w:t xml:space="preserve"> </w:t>
            </w:r>
            <w:proofErr w:type="gramStart"/>
            <w:r w:rsidR="00395451">
              <w:rPr>
                <w:rFonts w:ascii="Aptos" w:hAnsi="Aptos"/>
                <w:lang w:val="es-ES_tradnl"/>
              </w:rPr>
              <w:t>manager</w:t>
            </w:r>
            <w:proofErr w:type="gramEnd"/>
            <w:r w:rsidR="00395451">
              <w:rPr>
                <w:rFonts w:ascii="Aptos" w:hAnsi="Aptos"/>
                <w:lang w:val="es-ES_tradnl"/>
              </w:rPr>
              <w:t xml:space="preserve"> o similar: </w:t>
            </w:r>
            <w:proofErr w:type="gramStart"/>
            <w:r w:rsidR="00395451">
              <w:rPr>
                <w:rFonts w:ascii="Aptos" w:hAnsi="Aptos"/>
                <w:lang w:val="es-ES_tradnl"/>
              </w:rPr>
              <w:t>…….</w:t>
            </w:r>
            <w:proofErr w:type="gramEnd"/>
            <w:r w:rsidR="00395451">
              <w:rPr>
                <w:rFonts w:ascii="Aptos" w:hAnsi="Aptos"/>
                <w:lang w:val="es-ES_tradnl"/>
              </w:rPr>
              <w:t>.</w:t>
            </w:r>
          </w:p>
        </w:tc>
      </w:tr>
    </w:tbl>
    <w:p w14:paraId="47645A85" w14:textId="77777777" w:rsidR="00395451" w:rsidRDefault="00395451" w:rsidP="00395451">
      <w:pPr>
        <w:rPr>
          <w:rFonts w:ascii="Aptos" w:hAnsi="Aptos"/>
          <w:lang w:val="es-ES_tradnl"/>
        </w:rPr>
      </w:pPr>
      <w:r>
        <w:rPr>
          <w:rFonts w:ascii="Aptos" w:hAnsi="Aptos"/>
          <w:lang w:val="es-ES_tradnl"/>
        </w:rPr>
        <w:br w:type="page"/>
      </w:r>
    </w:p>
    <w:p w14:paraId="5EB58C52" w14:textId="3A77FAD3" w:rsidR="006C4FD9" w:rsidRDefault="006C4FD9" w:rsidP="006C4FD9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ptos" w:hAnsi="Aptos"/>
          <w:b/>
          <w:bCs/>
          <w:lang w:val="es-ES_tradnl"/>
        </w:rPr>
      </w:pPr>
      <w:r>
        <w:rPr>
          <w:rFonts w:ascii="Aptos" w:hAnsi="Aptos"/>
          <w:b/>
          <w:bCs/>
          <w:lang w:val="es-ES_tradnl"/>
        </w:rPr>
        <w:lastRenderedPageBreak/>
        <w:t xml:space="preserve">4.- REQUISITOS </w:t>
      </w:r>
      <w:r w:rsidR="00391AB1">
        <w:rPr>
          <w:rFonts w:ascii="Aptos" w:hAnsi="Aptos"/>
          <w:b/>
          <w:bCs/>
          <w:lang w:val="es-ES_tradnl"/>
        </w:rPr>
        <w:t>ADICIONALES</w:t>
      </w:r>
      <w:r>
        <w:rPr>
          <w:rFonts w:ascii="Aptos" w:hAnsi="Aptos"/>
          <w:b/>
          <w:bCs/>
          <w:lang w:val="es-ES_tradnl"/>
        </w:rPr>
        <w:t xml:space="preserve"> DE ACCESO AL PROGRAMA II</w:t>
      </w:r>
    </w:p>
    <w:p w14:paraId="75D51401" w14:textId="77777777" w:rsidR="006C4FD9" w:rsidRDefault="006C4FD9" w:rsidP="006C4FD9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6C4FD9" w:rsidRPr="00F71B10" w14:paraId="49D9F8A3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0A6D71FD" w14:textId="77777777" w:rsidR="006C4FD9" w:rsidRDefault="006C4FD9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Experiencia</w:t>
            </w:r>
            <w:r w:rsidRPr="00EA53C7">
              <w:rPr>
                <w:rFonts w:ascii="Aptos" w:hAnsi="Aptos"/>
                <w:b/>
                <w:lang w:val="es-ES_tradnl"/>
              </w:rPr>
              <w:t xml:space="preserve">: </w:t>
            </w:r>
          </w:p>
          <w:p w14:paraId="23BAA1B2" w14:textId="5EED670D" w:rsidR="006C4FD9" w:rsidRPr="00EA53C7" w:rsidRDefault="006C4FD9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Se requiere una experiencia </w:t>
            </w:r>
            <w:r w:rsidRPr="00CF1F3A">
              <w:rPr>
                <w:rFonts w:ascii="Aptos" w:hAnsi="Aptos"/>
                <w:lang w:val="es-ES"/>
              </w:rPr>
              <w:t xml:space="preserve">mínima de </w:t>
            </w:r>
            <w:r w:rsidR="00A43A3F">
              <w:rPr>
                <w:rFonts w:ascii="Aptos" w:hAnsi="Aptos"/>
                <w:lang w:val="es-ES"/>
              </w:rPr>
              <w:t>dos</w:t>
            </w:r>
            <w:r w:rsidRPr="00CF1F3A">
              <w:rPr>
                <w:rFonts w:ascii="Aptos" w:hAnsi="Aptos"/>
                <w:lang w:val="es-ES"/>
              </w:rPr>
              <w:t xml:space="preserve"> años de actividad con anterioridad a la fecha de solicitud de inscripción. </w:t>
            </w:r>
          </w:p>
        </w:tc>
      </w:tr>
      <w:tr w:rsidR="006C4FD9" w:rsidRPr="00F71B10" w14:paraId="2B45A7B8" w14:textId="77777777" w:rsidTr="009C44D2">
        <w:trPr>
          <w:trHeight w:val="826"/>
        </w:trPr>
        <w:tc>
          <w:tcPr>
            <w:tcW w:w="8640" w:type="dxa"/>
          </w:tcPr>
          <w:p w14:paraId="4A247049" w14:textId="77777777" w:rsidR="006C4FD9" w:rsidRDefault="006C4FD9" w:rsidP="009C44D2">
            <w:pPr>
              <w:rPr>
                <w:rFonts w:ascii="Aptos" w:hAnsi="Aptos"/>
                <w:lang w:val="es-ES_tradnl"/>
              </w:rPr>
            </w:pPr>
          </w:p>
          <w:p w14:paraId="72F49003" w14:textId="77777777" w:rsidR="006C4FD9" w:rsidRPr="00EA53C7" w:rsidRDefault="006C4FD9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Indique la fecha de constitución de la entidad gestora: __//__/____</w:t>
            </w:r>
          </w:p>
        </w:tc>
      </w:tr>
    </w:tbl>
    <w:p w14:paraId="2A401596" w14:textId="77777777" w:rsidR="006C4FD9" w:rsidRDefault="006C4FD9" w:rsidP="006C4FD9">
      <w:pPr>
        <w:spacing w:after="0" w:line="240" w:lineRule="auto"/>
        <w:rPr>
          <w:rFonts w:ascii="Aptos" w:hAnsi="Aptos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865A2F" w:rsidRPr="00F71B10" w14:paraId="453975C5" w14:textId="77777777" w:rsidTr="00813756">
        <w:tc>
          <w:tcPr>
            <w:tcW w:w="8636" w:type="dxa"/>
            <w:shd w:val="clear" w:color="auto" w:fill="D9D9D9" w:themeFill="background1" w:themeFillShade="D9"/>
          </w:tcPr>
          <w:p w14:paraId="1CA01B06" w14:textId="77777777" w:rsidR="00865A2F" w:rsidRPr="00632AB6" w:rsidRDefault="00865A2F" w:rsidP="00813756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 xml:space="preserve">Significatividad económica </w:t>
            </w:r>
            <w:r w:rsidRPr="00BD73C9">
              <w:rPr>
                <w:rFonts w:ascii="Aptos" w:hAnsi="Aptos"/>
                <w:b/>
                <w:lang w:val="es-ES_tradnl"/>
              </w:rPr>
              <w:t>del sector</w:t>
            </w:r>
            <w:r>
              <w:rPr>
                <w:rFonts w:ascii="Aptos" w:hAnsi="Aptos"/>
                <w:b/>
                <w:lang w:val="es-ES_tradnl"/>
              </w:rPr>
              <w:t xml:space="preserve"> y representatividad de la entidad gestora:</w:t>
            </w:r>
            <w:r w:rsidRPr="00EA53C7">
              <w:rPr>
                <w:rFonts w:ascii="Aptos" w:hAnsi="Aptos"/>
                <w:b/>
                <w:lang w:val="es-ES_tradnl"/>
              </w:rPr>
              <w:t xml:space="preserve"> </w:t>
            </w:r>
          </w:p>
        </w:tc>
      </w:tr>
      <w:tr w:rsidR="00865A2F" w:rsidRPr="004125C2" w14:paraId="71EAF367" w14:textId="77777777" w:rsidTr="00813756">
        <w:tc>
          <w:tcPr>
            <w:tcW w:w="8636" w:type="dxa"/>
          </w:tcPr>
          <w:p w14:paraId="4867D012" w14:textId="77777777" w:rsidR="00865A2F" w:rsidRDefault="00865A2F" w:rsidP="00813756">
            <w:pPr>
              <w:jc w:val="both"/>
              <w:rPr>
                <w:rFonts w:ascii="Aptos" w:hAnsi="Aptos"/>
                <w:u w:val="single"/>
                <w:lang w:val="es-ES_tradnl"/>
              </w:rPr>
            </w:pPr>
          </w:p>
          <w:p w14:paraId="51A623A5" w14:textId="77777777" w:rsidR="00865A2F" w:rsidRPr="00632AB6" w:rsidRDefault="00865A2F" w:rsidP="00813756">
            <w:pPr>
              <w:jc w:val="both"/>
              <w:rPr>
                <w:rFonts w:ascii="Aptos" w:hAnsi="Aptos"/>
                <w:lang w:val="es-ES_tradnl"/>
              </w:rPr>
            </w:pPr>
            <w:r w:rsidRPr="00632AB6">
              <w:rPr>
                <w:rFonts w:ascii="Aptos" w:hAnsi="Aptos"/>
                <w:lang w:val="es-ES_tradnl"/>
              </w:rPr>
              <w:t>Cumplimentar las tablas siguientes exponiendo el método de cálculo utilizado para la obtención de los valores</w:t>
            </w:r>
            <w:r>
              <w:rPr>
                <w:rFonts w:ascii="Aptos" w:hAnsi="Aptos"/>
                <w:lang w:val="es-ES_tradnl"/>
              </w:rPr>
              <w:t xml:space="preserve"> indicados</w:t>
            </w:r>
            <w:r w:rsidRPr="00632AB6">
              <w:rPr>
                <w:rFonts w:ascii="Aptos" w:hAnsi="Aptos"/>
                <w:lang w:val="es-ES_tradnl"/>
              </w:rPr>
              <w:t>:</w:t>
            </w:r>
          </w:p>
          <w:p w14:paraId="6DB25A5D" w14:textId="77777777" w:rsidR="00865A2F" w:rsidRPr="00632AB6" w:rsidRDefault="00865A2F" w:rsidP="00813756">
            <w:pPr>
              <w:jc w:val="both"/>
              <w:rPr>
                <w:rFonts w:ascii="Aptos" w:hAnsi="Aptos"/>
                <w:lang w:val="es-ES_tradnl"/>
              </w:rPr>
            </w:pPr>
          </w:p>
          <w:p w14:paraId="6E41916D" w14:textId="77777777" w:rsidR="00865A2F" w:rsidRPr="008A380A" w:rsidRDefault="00865A2F" w:rsidP="00813756">
            <w:pPr>
              <w:jc w:val="both"/>
              <w:rPr>
                <w:rFonts w:ascii="Aptos" w:hAnsi="Aptos"/>
                <w:u w:val="single"/>
                <w:lang w:val="es-ES_tradnl"/>
              </w:rPr>
            </w:pPr>
            <w:r w:rsidRPr="008A380A">
              <w:rPr>
                <w:rFonts w:ascii="Aptos" w:hAnsi="Aptos"/>
                <w:u w:val="single"/>
                <w:lang w:val="es-ES_tradnl"/>
              </w:rPr>
              <w:t>a) Peso del sector en la economía valenciana</w:t>
            </w:r>
          </w:p>
          <w:p w14:paraId="6474F550" w14:textId="549733F7" w:rsidR="00865A2F" w:rsidRDefault="00865A2F" w:rsidP="00813756">
            <w:pPr>
              <w:jc w:val="both"/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La entidad gestora debe representar a un sector económico cuyo peso total en la Comunidad Valenciana supere el 0,5% del PIB autonómico.</w:t>
            </w:r>
          </w:p>
          <w:p w14:paraId="75F3DB7F" w14:textId="77777777" w:rsidR="00865A2F" w:rsidRDefault="00865A2F" w:rsidP="00813756">
            <w:pPr>
              <w:rPr>
                <w:rFonts w:ascii="Aptos" w:hAnsi="Aptos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844"/>
              <w:gridCol w:w="2388"/>
              <w:gridCol w:w="1985"/>
            </w:tblGrid>
            <w:tr w:rsidR="00865A2F" w:rsidRPr="00F71B10" w14:paraId="226FA5C7" w14:textId="77777777" w:rsidTr="00813756">
              <w:tc>
                <w:tcPr>
                  <w:tcW w:w="3844" w:type="dxa"/>
                  <w:shd w:val="clear" w:color="auto" w:fill="F2F2F2" w:themeFill="background1" w:themeFillShade="F2"/>
                </w:tcPr>
                <w:p w14:paraId="27388462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CF1F3A">
                    <w:rPr>
                      <w:rFonts w:ascii="Aptos" w:hAnsi="Aptos"/>
                      <w:lang w:val="es-ES_tradnl"/>
                    </w:rPr>
                    <w:t xml:space="preserve">Facturación </w:t>
                  </w:r>
                  <w:r w:rsidRPr="009C7937">
                    <w:rPr>
                      <w:rFonts w:ascii="Aptos" w:hAnsi="Aptos"/>
                      <w:lang w:val="es-ES_tradnl"/>
                    </w:rPr>
                    <w:t>total del sector económico representado en la CV</w:t>
                  </w:r>
                  <w:r>
                    <w:rPr>
                      <w:rFonts w:ascii="Aptos" w:hAnsi="Aptos"/>
                      <w:lang w:val="es-ES_tradnl"/>
                    </w:rPr>
                    <w:t xml:space="preserve"> (A): </w:t>
                  </w:r>
                </w:p>
              </w:tc>
              <w:tc>
                <w:tcPr>
                  <w:tcW w:w="2388" w:type="dxa"/>
                  <w:shd w:val="clear" w:color="auto" w:fill="F2F2F2" w:themeFill="background1" w:themeFillShade="F2"/>
                </w:tcPr>
                <w:p w14:paraId="3E3B7726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9C7937">
                    <w:rPr>
                      <w:rFonts w:ascii="Aptos" w:hAnsi="Aptos"/>
                      <w:lang w:val="es-ES_tradnl"/>
                    </w:rPr>
                    <w:t>PIB de la Comunitat Valenciana</w:t>
                  </w:r>
                  <w:r>
                    <w:rPr>
                      <w:rFonts w:ascii="Aptos" w:hAnsi="Aptos"/>
                      <w:lang w:val="es-ES_tradnl"/>
                    </w:rPr>
                    <w:t xml:space="preserve"> (B):</w:t>
                  </w:r>
                </w:p>
              </w:tc>
              <w:tc>
                <w:tcPr>
                  <w:tcW w:w="1985" w:type="dxa"/>
                  <w:shd w:val="clear" w:color="auto" w:fill="F2F2F2" w:themeFill="background1" w:themeFillShade="F2"/>
                </w:tcPr>
                <w:p w14:paraId="0A56B497" w14:textId="77777777" w:rsidR="00865A2F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CF1F3A">
                    <w:rPr>
                      <w:rFonts w:ascii="Aptos" w:hAnsi="Aptos"/>
                      <w:lang w:val="es-ES_tradnl"/>
                    </w:rPr>
                    <w:t>Porcentaje</w:t>
                  </w:r>
                  <w:r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  <w:p w14:paraId="3B5AB8C8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(A/B x 100):</w:t>
                  </w:r>
                </w:p>
              </w:tc>
            </w:tr>
            <w:tr w:rsidR="00865A2F" w:rsidRPr="00F71B10" w14:paraId="00E29924" w14:textId="77777777" w:rsidTr="00813756">
              <w:tc>
                <w:tcPr>
                  <w:tcW w:w="3844" w:type="dxa"/>
                  <w:shd w:val="clear" w:color="auto" w:fill="F2F2F2" w:themeFill="background1" w:themeFillShade="F2"/>
                </w:tcPr>
                <w:p w14:paraId="303783F5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………….…. </w:t>
                  </w:r>
                  <w:r w:rsidRPr="00E76007">
                    <w:rPr>
                      <w:rFonts w:ascii="Aptos" w:hAnsi="Aptos"/>
                      <w:lang w:val="es-ES_tradnl"/>
                    </w:rPr>
                    <w:t>€</w:t>
                  </w:r>
                </w:p>
              </w:tc>
              <w:tc>
                <w:tcPr>
                  <w:tcW w:w="2388" w:type="dxa"/>
                  <w:shd w:val="clear" w:color="auto" w:fill="F2F2F2" w:themeFill="background1" w:themeFillShade="F2"/>
                </w:tcPr>
                <w:p w14:paraId="5CCE1E7A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……………….………</w:t>
                  </w:r>
                  <w:r w:rsidRPr="00E76007">
                    <w:rPr>
                      <w:rFonts w:ascii="Aptos" w:hAnsi="Aptos"/>
                      <w:lang w:val="es-ES_tradnl"/>
                    </w:rPr>
                    <w:t>€</w:t>
                  </w:r>
                </w:p>
              </w:tc>
              <w:tc>
                <w:tcPr>
                  <w:tcW w:w="1985" w:type="dxa"/>
                  <w:shd w:val="clear" w:color="auto" w:fill="F2F2F2" w:themeFill="background1" w:themeFillShade="F2"/>
                </w:tcPr>
                <w:p w14:paraId="6A740B4E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……..%</w:t>
                  </w:r>
                </w:p>
              </w:tc>
            </w:tr>
          </w:tbl>
          <w:p w14:paraId="1019997A" w14:textId="77777777" w:rsidR="00865A2F" w:rsidRDefault="00865A2F" w:rsidP="00813756">
            <w:pPr>
              <w:rPr>
                <w:rFonts w:ascii="Aptos" w:hAnsi="Aptos"/>
                <w:lang w:val="es-ES"/>
              </w:rPr>
            </w:pPr>
          </w:p>
          <w:p w14:paraId="412194EB" w14:textId="77777777" w:rsidR="00865A2F" w:rsidRPr="008A380A" w:rsidRDefault="00865A2F" w:rsidP="00813756">
            <w:pPr>
              <w:rPr>
                <w:rFonts w:ascii="Aptos" w:hAnsi="Aptos"/>
                <w:u w:val="single"/>
                <w:lang w:val="es-ES"/>
              </w:rPr>
            </w:pPr>
            <w:r w:rsidRPr="008A380A">
              <w:rPr>
                <w:rFonts w:ascii="Aptos" w:hAnsi="Aptos"/>
                <w:u w:val="single"/>
                <w:lang w:val="es-ES"/>
              </w:rPr>
              <w:t>b) Representatividad de la entidad gestora dentro del sector</w:t>
            </w:r>
          </w:p>
          <w:p w14:paraId="405AD82C" w14:textId="7BD0A22E" w:rsidR="00865A2F" w:rsidRDefault="00865A2F" w:rsidP="00813756">
            <w:pPr>
              <w:rPr>
                <w:rFonts w:ascii="Aptos" w:hAnsi="Aptos"/>
                <w:lang w:val="es-ES"/>
              </w:rPr>
            </w:pPr>
            <w:r w:rsidRPr="008A380A">
              <w:rPr>
                <w:rFonts w:ascii="Aptos" w:hAnsi="Aptos"/>
                <w:lang w:val="es-ES"/>
              </w:rPr>
              <w:t xml:space="preserve">Asimismo, la entidad gestora debe acreditar que las empresas y entidades asociadas representan al menos el </w:t>
            </w:r>
            <w:r w:rsidR="00A43A3F">
              <w:rPr>
                <w:rFonts w:ascii="Aptos" w:hAnsi="Aptos"/>
                <w:lang w:val="es-ES"/>
              </w:rPr>
              <w:t>1</w:t>
            </w:r>
            <w:r w:rsidRPr="008A380A">
              <w:rPr>
                <w:rFonts w:ascii="Aptos" w:hAnsi="Aptos"/>
                <w:lang w:val="es-ES"/>
              </w:rPr>
              <w:t xml:space="preserve">5% de la facturación total del sector económico en la </w:t>
            </w:r>
            <w:r>
              <w:rPr>
                <w:rFonts w:ascii="Aptos" w:hAnsi="Aptos"/>
                <w:lang w:val="es-ES"/>
              </w:rPr>
              <w:t>CV.</w:t>
            </w:r>
          </w:p>
          <w:p w14:paraId="7823D537" w14:textId="77777777" w:rsidR="00865A2F" w:rsidRDefault="00865A2F" w:rsidP="00813756">
            <w:pPr>
              <w:rPr>
                <w:rFonts w:ascii="Aptos" w:hAnsi="Aptos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19"/>
              <w:gridCol w:w="2977"/>
              <w:gridCol w:w="1821"/>
            </w:tblGrid>
            <w:tr w:rsidR="00865A2F" w:rsidRPr="00AA0962" w14:paraId="0345BAC0" w14:textId="77777777" w:rsidTr="00813756">
              <w:tc>
                <w:tcPr>
                  <w:tcW w:w="3419" w:type="dxa"/>
                  <w:shd w:val="clear" w:color="auto" w:fill="F2F2F2" w:themeFill="background1" w:themeFillShade="F2"/>
                </w:tcPr>
                <w:p w14:paraId="11B798E4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6D2DB6">
                    <w:rPr>
                      <w:rFonts w:ascii="Aptos" w:hAnsi="Aptos"/>
                      <w:lang w:val="es-ES_tradnl"/>
                    </w:rPr>
                    <w:t>Facturación agregada de las empresas y entidades asociadas</w:t>
                  </w:r>
                  <w:r>
                    <w:rPr>
                      <w:rFonts w:ascii="Aptos" w:hAnsi="Aptos"/>
                      <w:lang w:val="es-ES_tradnl"/>
                    </w:rPr>
                    <w:t xml:space="preserve"> con sede en la CV (A)</w:t>
                  </w:r>
                </w:p>
              </w:tc>
              <w:tc>
                <w:tcPr>
                  <w:tcW w:w="2977" w:type="dxa"/>
                  <w:shd w:val="clear" w:color="auto" w:fill="F2F2F2" w:themeFill="background1" w:themeFillShade="F2"/>
                </w:tcPr>
                <w:p w14:paraId="4B712AAF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Facturación total d</w:t>
                  </w:r>
                  <w:r w:rsidRPr="00CF1F3A">
                    <w:rPr>
                      <w:rFonts w:ascii="Aptos" w:hAnsi="Aptos"/>
                      <w:lang w:val="es-ES_tradnl"/>
                    </w:rPr>
                    <w:t>el sector económico representado</w:t>
                  </w:r>
                  <w:r>
                    <w:rPr>
                      <w:rFonts w:ascii="Aptos" w:hAnsi="Aptos"/>
                      <w:lang w:val="es-ES_tradnl"/>
                    </w:rPr>
                    <w:t xml:space="preserve"> en la CV (B)</w:t>
                  </w:r>
                </w:p>
              </w:tc>
              <w:tc>
                <w:tcPr>
                  <w:tcW w:w="1821" w:type="dxa"/>
                  <w:shd w:val="clear" w:color="auto" w:fill="F2F2F2" w:themeFill="background1" w:themeFillShade="F2"/>
                </w:tcPr>
                <w:p w14:paraId="4F7F5CD5" w14:textId="77777777" w:rsidR="00865A2F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 w:rsidRPr="00CF1F3A">
                    <w:rPr>
                      <w:rFonts w:ascii="Aptos" w:hAnsi="Aptos"/>
                      <w:lang w:val="es-ES_tradnl"/>
                    </w:rPr>
                    <w:t>Porcentaje</w:t>
                  </w:r>
                  <w:r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  <w:p w14:paraId="64192860" w14:textId="77777777" w:rsidR="00865A2F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(A/B x 100)</w:t>
                  </w:r>
                </w:p>
                <w:p w14:paraId="342ED247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865A2F" w:rsidRPr="00AA0962" w14:paraId="64403CDC" w14:textId="77777777" w:rsidTr="00813756">
              <w:tc>
                <w:tcPr>
                  <w:tcW w:w="3419" w:type="dxa"/>
                  <w:shd w:val="clear" w:color="auto" w:fill="F2F2F2" w:themeFill="background1" w:themeFillShade="F2"/>
                </w:tcPr>
                <w:p w14:paraId="2519F9C5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………………….</w:t>
                  </w:r>
                  <w:r w:rsidRPr="00DA47ED">
                    <w:rPr>
                      <w:rFonts w:ascii="Aptos" w:hAnsi="Aptos"/>
                      <w:lang w:val="es-ES_tradnl"/>
                    </w:rPr>
                    <w:t>€</w:t>
                  </w:r>
                </w:p>
              </w:tc>
              <w:tc>
                <w:tcPr>
                  <w:tcW w:w="2977" w:type="dxa"/>
                  <w:shd w:val="clear" w:color="auto" w:fill="F2F2F2" w:themeFill="background1" w:themeFillShade="F2"/>
                </w:tcPr>
                <w:p w14:paraId="708FBFE0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…………………………….</w:t>
                  </w:r>
                  <w:r w:rsidRPr="00DA47ED">
                    <w:rPr>
                      <w:rFonts w:ascii="Aptos" w:hAnsi="Aptos"/>
                      <w:lang w:val="es-ES_tradnl"/>
                    </w:rPr>
                    <w:t>€</w:t>
                  </w:r>
                </w:p>
              </w:tc>
              <w:tc>
                <w:tcPr>
                  <w:tcW w:w="1821" w:type="dxa"/>
                  <w:shd w:val="clear" w:color="auto" w:fill="F2F2F2" w:themeFill="background1" w:themeFillShade="F2"/>
                </w:tcPr>
                <w:p w14:paraId="55C0E5E4" w14:textId="77777777" w:rsidR="00865A2F" w:rsidRPr="00EA53C7" w:rsidRDefault="00865A2F" w:rsidP="00813756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…………….%</w:t>
                  </w:r>
                </w:p>
              </w:tc>
            </w:tr>
          </w:tbl>
          <w:p w14:paraId="0F6BA662" w14:textId="77777777" w:rsidR="00865A2F" w:rsidRPr="00632AB6" w:rsidRDefault="00865A2F" w:rsidP="00813756">
            <w:pPr>
              <w:rPr>
                <w:rFonts w:ascii="Aptos" w:hAnsi="Aptos"/>
                <w:sz w:val="4"/>
                <w:szCs w:val="4"/>
                <w:lang w:val="es-ES_tradnl"/>
              </w:rPr>
            </w:pPr>
          </w:p>
          <w:p w14:paraId="2FDAA4A4" w14:textId="77777777" w:rsidR="00865A2F" w:rsidRDefault="00865A2F" w:rsidP="00813756">
            <w:pPr>
              <w:rPr>
                <w:rFonts w:ascii="Aptos" w:hAnsi="Aptos"/>
                <w:b/>
                <w:lang w:val="es-ES_tradnl"/>
              </w:rPr>
            </w:pPr>
          </w:p>
        </w:tc>
      </w:tr>
    </w:tbl>
    <w:p w14:paraId="57276024" w14:textId="77777777" w:rsidR="00865A2F" w:rsidRDefault="00865A2F" w:rsidP="006C4FD9">
      <w:pPr>
        <w:spacing w:after="0" w:line="240" w:lineRule="auto"/>
        <w:jc w:val="both"/>
        <w:rPr>
          <w:rFonts w:ascii="Aptos" w:hAnsi="Aptos"/>
          <w:b/>
          <w:bCs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6C4FD9" w:rsidRPr="00F71B10" w14:paraId="3917C632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255E47B0" w14:textId="77777777" w:rsidR="006C4FD9" w:rsidRDefault="006C4FD9" w:rsidP="009C44D2">
            <w:pPr>
              <w:rPr>
                <w:rFonts w:ascii="Aptos" w:hAnsi="Aptos"/>
                <w:b/>
                <w:lang w:val="es-ES_tradnl"/>
              </w:rPr>
            </w:pPr>
            <w:r w:rsidRPr="00AF397E">
              <w:rPr>
                <w:rFonts w:ascii="Aptos" w:hAnsi="Aptos"/>
                <w:b/>
                <w:lang w:val="es-ES_tradnl"/>
              </w:rPr>
              <w:t>Composición y masa crítica del clúster</w:t>
            </w:r>
            <w:r w:rsidRPr="00EA53C7">
              <w:rPr>
                <w:rFonts w:ascii="Aptos" w:hAnsi="Aptos"/>
                <w:b/>
                <w:lang w:val="es-ES_tradnl"/>
              </w:rPr>
              <w:t xml:space="preserve">: </w:t>
            </w:r>
          </w:p>
          <w:p w14:paraId="2CF0E276" w14:textId="55A86DE5" w:rsidR="006C4FD9" w:rsidRDefault="006C4FD9" w:rsidP="009C44D2">
            <w:pPr>
              <w:rPr>
                <w:rFonts w:ascii="Aptos" w:hAnsi="Aptos"/>
                <w:lang w:val="es-ES"/>
              </w:rPr>
            </w:pPr>
            <w:r>
              <w:rPr>
                <w:rFonts w:ascii="Aptos" w:hAnsi="Aptos"/>
                <w:lang w:val="es-ES"/>
              </w:rPr>
              <w:t xml:space="preserve">La entidad gestora debe contar </w:t>
            </w:r>
            <w:r w:rsidRPr="00AA0962">
              <w:rPr>
                <w:rFonts w:ascii="Aptos" w:hAnsi="Aptos"/>
                <w:lang w:val="es-ES"/>
              </w:rPr>
              <w:t xml:space="preserve">con un mínimo de </w:t>
            </w:r>
            <w:r w:rsidR="00C14529">
              <w:rPr>
                <w:rFonts w:ascii="Aptos" w:hAnsi="Aptos"/>
                <w:lang w:val="es-ES"/>
              </w:rPr>
              <w:t>25</w:t>
            </w:r>
            <w:r w:rsidRPr="00AA0962">
              <w:rPr>
                <w:rFonts w:ascii="Aptos" w:hAnsi="Aptos"/>
                <w:lang w:val="es-ES"/>
              </w:rPr>
              <w:t xml:space="preserve"> entidades asociadas, de las cuales al menos el </w:t>
            </w:r>
            <w:r w:rsidR="00A43A3F">
              <w:rPr>
                <w:rFonts w:ascii="Aptos" w:hAnsi="Aptos"/>
                <w:lang w:val="es-ES"/>
              </w:rPr>
              <w:t>65</w:t>
            </w:r>
            <w:r w:rsidRPr="00AA0962">
              <w:rPr>
                <w:rFonts w:ascii="Aptos" w:hAnsi="Aptos"/>
                <w:lang w:val="es-ES"/>
              </w:rPr>
              <w:t>% deberán ser empresas, siendo como mínimo un 40% de estas últimas pequeñas y medianas empresas (P</w:t>
            </w:r>
            <w:r>
              <w:rPr>
                <w:rFonts w:ascii="Aptos" w:hAnsi="Aptos"/>
                <w:lang w:val="es-ES"/>
              </w:rPr>
              <w:t>YMES</w:t>
            </w:r>
            <w:r w:rsidRPr="00AA0962">
              <w:rPr>
                <w:rFonts w:ascii="Aptos" w:hAnsi="Aptos"/>
                <w:lang w:val="es-ES"/>
              </w:rPr>
              <w:t xml:space="preserve">). </w:t>
            </w:r>
          </w:p>
          <w:p w14:paraId="302C9333" w14:textId="77777777" w:rsidR="006C4FD9" w:rsidRPr="00AA0962" w:rsidRDefault="006C4FD9" w:rsidP="009C44D2">
            <w:pPr>
              <w:numPr>
                <w:ilvl w:val="0"/>
                <w:numId w:val="26"/>
              </w:numPr>
              <w:jc w:val="both"/>
              <w:rPr>
                <w:rFonts w:ascii="Aptos" w:hAnsi="Aptos"/>
                <w:lang w:val="es-ES"/>
              </w:rPr>
            </w:pPr>
            <w:r>
              <w:rPr>
                <w:rFonts w:ascii="Aptos" w:hAnsi="Aptos"/>
                <w:lang w:val="es-ES"/>
              </w:rPr>
              <w:t xml:space="preserve">Asimismo, debe estar </w:t>
            </w:r>
            <w:r w:rsidRPr="00735286">
              <w:rPr>
                <w:rFonts w:ascii="Aptos" w:hAnsi="Aptos"/>
                <w:lang w:val="es-ES"/>
              </w:rPr>
              <w:t xml:space="preserve">integrada por entidades proveedoras de conocimiento y/o tecnología: centro tecnológico, universidad u otras entidades vinculadas. </w:t>
            </w:r>
          </w:p>
        </w:tc>
      </w:tr>
      <w:tr w:rsidR="006C4FD9" w:rsidRPr="00F71B10" w14:paraId="10089A3B" w14:textId="77777777" w:rsidTr="009C44D2">
        <w:trPr>
          <w:trHeight w:val="70"/>
        </w:trPr>
        <w:tc>
          <w:tcPr>
            <w:tcW w:w="8640" w:type="dxa"/>
          </w:tcPr>
          <w:p w14:paraId="601B4E9E" w14:textId="77777777" w:rsidR="006C4FD9" w:rsidRPr="00EA53C7" w:rsidRDefault="006C4FD9" w:rsidP="009C44D2">
            <w:pPr>
              <w:rPr>
                <w:rFonts w:ascii="Aptos" w:hAnsi="Aptos"/>
                <w:lang w:val="es-ES_tradnl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696"/>
              <w:gridCol w:w="1701"/>
              <w:gridCol w:w="1560"/>
              <w:gridCol w:w="3260"/>
            </w:tblGrid>
            <w:tr w:rsidR="006C4FD9" w:rsidRPr="00F71B10" w14:paraId="39A28E2C" w14:textId="77777777" w:rsidTr="009C44D2">
              <w:tc>
                <w:tcPr>
                  <w:tcW w:w="1696" w:type="dxa"/>
                  <w:shd w:val="clear" w:color="auto" w:fill="F2F2F2" w:themeFill="background1" w:themeFillShade="F2"/>
                </w:tcPr>
                <w:p w14:paraId="12A3F72A" w14:textId="77777777" w:rsidR="006C4FD9" w:rsidRPr="00EA53C7" w:rsidRDefault="006C4FD9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Nº total de </w:t>
                  </w:r>
                  <w:r w:rsidRPr="00700210">
                    <w:rPr>
                      <w:rFonts w:ascii="Aptos" w:hAnsi="Aptos"/>
                      <w:b/>
                      <w:bCs/>
                      <w:lang w:val="es-ES_tradnl"/>
                    </w:rPr>
                    <w:t>entidades</w:t>
                  </w:r>
                  <w:r>
                    <w:rPr>
                      <w:rFonts w:ascii="Aptos" w:hAnsi="Aptos"/>
                      <w:lang w:val="es-ES_tradnl"/>
                    </w:rPr>
                    <w:t xml:space="preserve"> asociadas</w:t>
                  </w:r>
                </w:p>
              </w:tc>
              <w:tc>
                <w:tcPr>
                  <w:tcW w:w="1701" w:type="dxa"/>
                  <w:shd w:val="clear" w:color="auto" w:fill="F2F2F2" w:themeFill="background1" w:themeFillShade="F2"/>
                </w:tcPr>
                <w:p w14:paraId="374DD216" w14:textId="77777777" w:rsidR="006C4FD9" w:rsidRPr="00EA53C7" w:rsidRDefault="006C4FD9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Nº total de </w:t>
                  </w:r>
                  <w:r w:rsidRPr="00700210">
                    <w:rPr>
                      <w:rFonts w:ascii="Aptos" w:hAnsi="Aptos"/>
                      <w:b/>
                      <w:bCs/>
                      <w:lang w:val="es-ES_tradnl"/>
                    </w:rPr>
                    <w:t>empresas</w:t>
                  </w:r>
                  <w:r>
                    <w:rPr>
                      <w:rFonts w:ascii="Aptos" w:hAnsi="Aptos"/>
                      <w:lang w:val="es-ES_tradnl"/>
                    </w:rPr>
                    <w:t xml:space="preserve"> asociadas (A) </w:t>
                  </w:r>
                </w:p>
              </w:tc>
              <w:tc>
                <w:tcPr>
                  <w:tcW w:w="1560" w:type="dxa"/>
                  <w:shd w:val="clear" w:color="auto" w:fill="F2F2F2" w:themeFill="background1" w:themeFillShade="F2"/>
                </w:tcPr>
                <w:p w14:paraId="3F8168F0" w14:textId="77777777" w:rsidR="006C4FD9" w:rsidRPr="00EA53C7" w:rsidRDefault="006C4FD9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 xml:space="preserve">Nº total de </w:t>
                  </w:r>
                  <w:r w:rsidRPr="00700210">
                    <w:rPr>
                      <w:rFonts w:ascii="Aptos" w:hAnsi="Aptos"/>
                      <w:b/>
                      <w:bCs/>
                      <w:lang w:val="es-ES_tradnl"/>
                    </w:rPr>
                    <w:t>PYMES</w:t>
                  </w:r>
                  <w:r>
                    <w:rPr>
                      <w:rFonts w:ascii="Aptos" w:hAnsi="Aptos"/>
                      <w:lang w:val="es-ES_tradnl"/>
                    </w:rPr>
                    <w:t xml:space="preserve"> asociadas (B)</w:t>
                  </w:r>
                </w:p>
              </w:tc>
              <w:tc>
                <w:tcPr>
                  <w:tcW w:w="3260" w:type="dxa"/>
                  <w:shd w:val="clear" w:color="auto" w:fill="F2F2F2" w:themeFill="background1" w:themeFillShade="F2"/>
                </w:tcPr>
                <w:p w14:paraId="62A39BF2" w14:textId="77777777" w:rsidR="006C4FD9" w:rsidRPr="00EA53C7" w:rsidRDefault="006C4FD9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% PYMES asociadas sobre el total de empresas asociadas (B/A)</w:t>
                  </w:r>
                </w:p>
              </w:tc>
            </w:tr>
            <w:tr w:rsidR="006C4FD9" w:rsidRPr="00F71B10" w14:paraId="0EEEEFF5" w14:textId="77777777" w:rsidTr="009C44D2">
              <w:tc>
                <w:tcPr>
                  <w:tcW w:w="1696" w:type="dxa"/>
                </w:tcPr>
                <w:p w14:paraId="2C35001B" w14:textId="77777777" w:rsidR="006C4FD9" w:rsidRPr="00EA53C7" w:rsidRDefault="006C4FD9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</w:t>
                  </w:r>
                </w:p>
              </w:tc>
              <w:tc>
                <w:tcPr>
                  <w:tcW w:w="1701" w:type="dxa"/>
                </w:tcPr>
                <w:p w14:paraId="0851E8A6" w14:textId="77777777" w:rsidR="006C4FD9" w:rsidRPr="00EA53C7" w:rsidRDefault="006C4FD9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………..</w:t>
                  </w:r>
                </w:p>
              </w:tc>
              <w:tc>
                <w:tcPr>
                  <w:tcW w:w="1560" w:type="dxa"/>
                </w:tcPr>
                <w:p w14:paraId="4956DDCE" w14:textId="77777777" w:rsidR="006C4FD9" w:rsidRPr="00EA53C7" w:rsidRDefault="006C4FD9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………..</w:t>
                  </w:r>
                </w:p>
              </w:tc>
              <w:tc>
                <w:tcPr>
                  <w:tcW w:w="3260" w:type="dxa"/>
                </w:tcPr>
                <w:p w14:paraId="2487F5D7" w14:textId="77777777" w:rsidR="006C4FD9" w:rsidRPr="00EA53C7" w:rsidRDefault="006C4FD9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……………</w:t>
                  </w:r>
                </w:p>
              </w:tc>
            </w:tr>
          </w:tbl>
          <w:p w14:paraId="7F783BFA" w14:textId="77777777" w:rsidR="006C4FD9" w:rsidRDefault="006C4FD9" w:rsidP="009C44D2">
            <w:pPr>
              <w:rPr>
                <w:rFonts w:ascii="Aptos" w:hAnsi="Aptos"/>
                <w:lang w:val="es-ES_tradnl"/>
              </w:rPr>
            </w:pPr>
          </w:p>
          <w:p w14:paraId="42A1EBF1" w14:textId="77777777" w:rsidR="006C4FD9" w:rsidRDefault="006C4FD9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Centros Tecnológicos: </w:t>
            </w:r>
            <w:r w:rsidRPr="00EA53C7">
              <w:rPr>
                <w:rFonts w:ascii="Aptos" w:hAnsi="Aptos"/>
                <w:lang w:val="es-ES_tradnl"/>
              </w:rPr>
              <w:t>______</w:t>
            </w:r>
            <w:r>
              <w:rPr>
                <w:rFonts w:ascii="Aptos" w:hAnsi="Aptos"/>
                <w:lang w:val="es-ES_tradnl"/>
              </w:rPr>
              <w:t>___________________________________________________</w:t>
            </w:r>
            <w:r w:rsidRPr="00EA53C7">
              <w:rPr>
                <w:rFonts w:ascii="Aptos" w:hAnsi="Aptos"/>
                <w:lang w:val="es-ES_tradnl"/>
              </w:rPr>
              <w:t>__</w:t>
            </w:r>
          </w:p>
          <w:p w14:paraId="58E55BC9" w14:textId="77777777" w:rsidR="006C4FD9" w:rsidRDefault="006C4FD9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Universidades: ___________________________________________________________________</w:t>
            </w:r>
          </w:p>
          <w:p w14:paraId="71FF02B0" w14:textId="77777777" w:rsidR="006C4FD9" w:rsidRDefault="006C4FD9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>Otras entidades vinculadas: _______________________________________________________</w:t>
            </w:r>
          </w:p>
          <w:p w14:paraId="5F16FD84" w14:textId="77777777" w:rsidR="006C4FD9" w:rsidRPr="00EA53C7" w:rsidRDefault="006C4FD9" w:rsidP="009C44D2">
            <w:pPr>
              <w:rPr>
                <w:rFonts w:ascii="Aptos" w:hAnsi="Aptos"/>
                <w:lang w:val="es-ES_tradnl"/>
              </w:rPr>
            </w:pPr>
          </w:p>
        </w:tc>
      </w:tr>
    </w:tbl>
    <w:p w14:paraId="7F64BA6E" w14:textId="77777777" w:rsidR="000F23AB" w:rsidRDefault="000F23AB" w:rsidP="000F23AB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0F23AB" w:rsidRPr="00F71B10" w14:paraId="4A6A92E3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56510D7D" w14:textId="77777777" w:rsidR="000F23AB" w:rsidRDefault="000F23AB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Gobernanza (criterios específicos)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7E7F543D" w14:textId="77777777" w:rsidR="000F23AB" w:rsidRDefault="000F23AB" w:rsidP="009C44D2">
            <w:pPr>
              <w:rPr>
                <w:rFonts w:ascii="Aptos" w:hAnsi="Aptos"/>
                <w:b/>
                <w:lang w:val="es-ES_tradnl"/>
              </w:rPr>
            </w:pPr>
          </w:p>
          <w:p w14:paraId="75CFB493" w14:textId="77777777" w:rsidR="000F23AB" w:rsidRDefault="000F23AB" w:rsidP="009C44D2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r w:rsidRPr="00060161">
              <w:rPr>
                <w:rFonts w:ascii="Aptos" w:hAnsi="Aptos"/>
                <w:lang w:val="es-ES"/>
              </w:rPr>
              <w:t>La entidad gestora debe acreditar que en su estructura de gobernanza formal están representadas tanto las empresas de la cadena de valor como las entidades proveedoras de conocimiento y/o tecnología</w:t>
            </w:r>
            <w:r w:rsidRPr="002C6FF0">
              <w:rPr>
                <w:rFonts w:ascii="Aptos" w:hAnsi="Aptos"/>
                <w:lang w:val="es-ES"/>
              </w:rPr>
              <w:t>.</w:t>
            </w:r>
          </w:p>
          <w:p w14:paraId="3C4F5487" w14:textId="77777777" w:rsidR="000F23AB" w:rsidRPr="002C6FF0" w:rsidRDefault="000F23AB" w:rsidP="009C44D2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r w:rsidRPr="00005C49">
              <w:rPr>
                <w:rFonts w:ascii="Aptos" w:hAnsi="Aptos"/>
                <w:lang w:val="es-ES"/>
              </w:rPr>
              <w:t xml:space="preserve">Indique la composición de cada órgano en términos de </w:t>
            </w:r>
            <w:r>
              <w:rPr>
                <w:rFonts w:ascii="Aptos" w:hAnsi="Aptos"/>
                <w:lang w:val="es-ES"/>
              </w:rPr>
              <w:t xml:space="preserve">número de </w:t>
            </w:r>
            <w:r w:rsidRPr="00005C49">
              <w:rPr>
                <w:rFonts w:ascii="Aptos" w:hAnsi="Aptos"/>
                <w:lang w:val="es-ES"/>
              </w:rPr>
              <w:t>empresas (y % de pymes), centros tecnológicos, universidades y entidades públicas, así como sus funciones específicas.</w:t>
            </w:r>
          </w:p>
        </w:tc>
      </w:tr>
      <w:tr w:rsidR="000F23AB" w:rsidRPr="00EA53C7" w14:paraId="6AB01179" w14:textId="77777777" w:rsidTr="009C44D2">
        <w:trPr>
          <w:trHeight w:val="1569"/>
        </w:trPr>
        <w:tc>
          <w:tcPr>
            <w:tcW w:w="8640" w:type="dxa"/>
          </w:tcPr>
          <w:p w14:paraId="7591F21E" w14:textId="77777777" w:rsidR="000F23AB" w:rsidRDefault="000F23AB" w:rsidP="009C44D2">
            <w:pPr>
              <w:rPr>
                <w:rFonts w:ascii="Aptos" w:hAnsi="Aptos"/>
                <w:lang w:val="es-ES_tradnl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009"/>
              <w:gridCol w:w="1560"/>
              <w:gridCol w:w="1417"/>
              <w:gridCol w:w="3214"/>
              <w:gridCol w:w="1210"/>
            </w:tblGrid>
            <w:tr w:rsidR="000F23AB" w14:paraId="11E393AC" w14:textId="77777777" w:rsidTr="009C44D2">
              <w:tc>
                <w:tcPr>
                  <w:tcW w:w="1009" w:type="dxa"/>
                </w:tcPr>
                <w:p w14:paraId="7B025910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Órgano</w:t>
                  </w:r>
                </w:p>
              </w:tc>
              <w:tc>
                <w:tcPr>
                  <w:tcW w:w="1560" w:type="dxa"/>
                </w:tcPr>
                <w:p w14:paraId="241FB7DF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% empresas</w:t>
                  </w:r>
                </w:p>
              </w:tc>
              <w:tc>
                <w:tcPr>
                  <w:tcW w:w="1417" w:type="dxa"/>
                </w:tcPr>
                <w:p w14:paraId="6FDD9FA1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% PYMES</w:t>
                  </w:r>
                </w:p>
              </w:tc>
              <w:tc>
                <w:tcPr>
                  <w:tcW w:w="3214" w:type="dxa"/>
                </w:tcPr>
                <w:p w14:paraId="2441D77B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Nº proveedoras conocimiento</w:t>
                  </w:r>
                </w:p>
              </w:tc>
              <w:tc>
                <w:tcPr>
                  <w:tcW w:w="1210" w:type="dxa"/>
                </w:tcPr>
                <w:p w14:paraId="0CF4440E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Funciones</w:t>
                  </w:r>
                </w:p>
              </w:tc>
            </w:tr>
            <w:tr w:rsidR="000F23AB" w14:paraId="56444774" w14:textId="77777777" w:rsidTr="009C44D2">
              <w:tc>
                <w:tcPr>
                  <w:tcW w:w="1009" w:type="dxa"/>
                </w:tcPr>
                <w:p w14:paraId="62A4E501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560" w:type="dxa"/>
                </w:tcPr>
                <w:p w14:paraId="6AF2480E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417" w:type="dxa"/>
                </w:tcPr>
                <w:p w14:paraId="6BC3221E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3214" w:type="dxa"/>
                </w:tcPr>
                <w:p w14:paraId="3800BB6E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210" w:type="dxa"/>
                </w:tcPr>
                <w:p w14:paraId="0F233F69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0F23AB" w14:paraId="192772C3" w14:textId="77777777" w:rsidTr="009C44D2">
              <w:tc>
                <w:tcPr>
                  <w:tcW w:w="1009" w:type="dxa"/>
                </w:tcPr>
                <w:p w14:paraId="147622B5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560" w:type="dxa"/>
                </w:tcPr>
                <w:p w14:paraId="131E2D02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417" w:type="dxa"/>
                </w:tcPr>
                <w:p w14:paraId="07B1627F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3214" w:type="dxa"/>
                </w:tcPr>
                <w:p w14:paraId="3B1C6187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210" w:type="dxa"/>
                </w:tcPr>
                <w:p w14:paraId="4AD64525" w14:textId="77777777" w:rsidR="000F23AB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</w:tbl>
          <w:p w14:paraId="196A5FE9" w14:textId="77777777" w:rsidR="000F23AB" w:rsidRDefault="000F23AB" w:rsidP="009C44D2">
            <w:pPr>
              <w:rPr>
                <w:rFonts w:ascii="Aptos" w:hAnsi="Aptos"/>
                <w:lang w:val="es-ES_tradnl"/>
              </w:rPr>
            </w:pPr>
          </w:p>
          <w:p w14:paraId="20EE228C" w14:textId="77777777" w:rsidR="000F23AB" w:rsidRPr="00EA53C7" w:rsidRDefault="000F23AB" w:rsidP="009C44D2">
            <w:pPr>
              <w:rPr>
                <w:rFonts w:ascii="Aptos" w:hAnsi="Aptos"/>
                <w:lang w:val="es-ES_tradnl"/>
              </w:rPr>
            </w:pPr>
          </w:p>
        </w:tc>
      </w:tr>
    </w:tbl>
    <w:p w14:paraId="7F9B4D22" w14:textId="77777777" w:rsidR="000F23AB" w:rsidRDefault="000F23AB" w:rsidP="000F23AB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6"/>
      </w:tblGrid>
      <w:tr w:rsidR="000F23AB" w:rsidRPr="00F71B10" w14:paraId="7BCF39CB" w14:textId="77777777" w:rsidTr="009C44D2">
        <w:tc>
          <w:tcPr>
            <w:tcW w:w="8640" w:type="dxa"/>
            <w:shd w:val="clear" w:color="auto" w:fill="D9D9D9" w:themeFill="background1" w:themeFillShade="D9"/>
          </w:tcPr>
          <w:p w14:paraId="03EB0D10" w14:textId="77777777" w:rsidR="000F23AB" w:rsidRDefault="000F23AB" w:rsidP="009C44D2">
            <w:pPr>
              <w:rPr>
                <w:rFonts w:ascii="Aptos" w:hAnsi="Aptos"/>
                <w:b/>
                <w:lang w:val="es-ES_tradnl"/>
              </w:rPr>
            </w:pPr>
            <w:r>
              <w:rPr>
                <w:rFonts w:ascii="Aptos" w:hAnsi="Aptos"/>
                <w:b/>
                <w:lang w:val="es-ES_tradnl"/>
              </w:rPr>
              <w:t>Proyectos colaborativos</w:t>
            </w:r>
            <w:r w:rsidRPr="00EA53C7">
              <w:rPr>
                <w:rFonts w:ascii="Aptos" w:hAnsi="Aptos"/>
                <w:b/>
                <w:lang w:val="es-ES_tradnl"/>
              </w:rPr>
              <w:t>:</w:t>
            </w:r>
          </w:p>
          <w:p w14:paraId="6B60CE17" w14:textId="7E0BF61C" w:rsidR="000F23AB" w:rsidRPr="002C6FF0" w:rsidRDefault="000F23AB" w:rsidP="009C44D2">
            <w:pPr>
              <w:numPr>
                <w:ilvl w:val="0"/>
                <w:numId w:val="15"/>
              </w:numPr>
              <w:jc w:val="both"/>
              <w:rPr>
                <w:rFonts w:ascii="Aptos" w:hAnsi="Aptos"/>
                <w:lang w:val="es-ES"/>
              </w:rPr>
            </w:pPr>
            <w:r w:rsidRPr="00891F37">
              <w:rPr>
                <w:rFonts w:ascii="Aptos" w:hAnsi="Aptos"/>
                <w:lang w:val="es-ES"/>
              </w:rPr>
              <w:t xml:space="preserve">La entidad gestora debe </w:t>
            </w:r>
            <w:r>
              <w:rPr>
                <w:rFonts w:ascii="Aptos" w:hAnsi="Aptos"/>
                <w:lang w:val="es-ES"/>
              </w:rPr>
              <w:t>h</w:t>
            </w:r>
            <w:r w:rsidRPr="00891F37">
              <w:rPr>
                <w:rFonts w:ascii="Aptos" w:hAnsi="Aptos"/>
                <w:lang w:val="es-ES"/>
              </w:rPr>
              <w:t xml:space="preserve">aber desarrollado, en los últimos </w:t>
            </w:r>
            <w:r w:rsidR="00A43A3F">
              <w:rPr>
                <w:rFonts w:ascii="Aptos" w:hAnsi="Aptos"/>
                <w:lang w:val="es-ES"/>
              </w:rPr>
              <w:t>dos</w:t>
            </w:r>
            <w:r w:rsidRPr="00891F37">
              <w:rPr>
                <w:rFonts w:ascii="Aptos" w:hAnsi="Aptos"/>
                <w:lang w:val="es-ES"/>
              </w:rPr>
              <w:t xml:space="preserve"> años anteriores a la fecha de solicitud de inscripción, al menos </w:t>
            </w:r>
            <w:r w:rsidR="00A43A3F">
              <w:rPr>
                <w:rFonts w:ascii="Aptos" w:hAnsi="Aptos"/>
                <w:lang w:val="es-ES"/>
              </w:rPr>
              <w:t>dos</w:t>
            </w:r>
            <w:r w:rsidRPr="00891F37">
              <w:rPr>
                <w:rFonts w:ascii="Aptos" w:hAnsi="Aptos"/>
                <w:lang w:val="es-ES"/>
              </w:rPr>
              <w:t xml:space="preserve"> proyectos colaborativos.</w:t>
            </w:r>
          </w:p>
        </w:tc>
      </w:tr>
      <w:tr w:rsidR="000F23AB" w:rsidRPr="004125C2" w14:paraId="7C3C8DC4" w14:textId="77777777" w:rsidTr="009C44D2">
        <w:trPr>
          <w:trHeight w:val="1569"/>
        </w:trPr>
        <w:tc>
          <w:tcPr>
            <w:tcW w:w="8640" w:type="dxa"/>
          </w:tcPr>
          <w:p w14:paraId="57E9213F" w14:textId="77777777" w:rsidR="000F23AB" w:rsidRDefault="000F23AB" w:rsidP="009C44D2">
            <w:pPr>
              <w:rPr>
                <w:rFonts w:ascii="Aptos" w:hAnsi="Aptos"/>
                <w:lang w:val="es-ES_tradnl"/>
              </w:rPr>
            </w:pPr>
            <w:r w:rsidRPr="00EA53C7">
              <w:rPr>
                <w:rFonts w:ascii="Aptos" w:hAnsi="Aptos"/>
                <w:lang w:val="es-ES_tradnl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053"/>
              <w:gridCol w:w="1398"/>
              <w:gridCol w:w="1307"/>
              <w:gridCol w:w="2652"/>
            </w:tblGrid>
            <w:tr w:rsidR="000F23AB" w:rsidRPr="00F71B10" w14:paraId="2354F381" w14:textId="77777777" w:rsidTr="009C44D2">
              <w:tc>
                <w:tcPr>
                  <w:tcW w:w="3053" w:type="dxa"/>
                  <w:shd w:val="clear" w:color="auto" w:fill="F2F2F2" w:themeFill="background1" w:themeFillShade="F2"/>
                </w:tcPr>
                <w:p w14:paraId="25AD5B82" w14:textId="77777777" w:rsidR="000F23AB" w:rsidRPr="00EA53C7" w:rsidRDefault="000F23AB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Proyecto</w:t>
                  </w:r>
                </w:p>
              </w:tc>
              <w:tc>
                <w:tcPr>
                  <w:tcW w:w="1398" w:type="dxa"/>
                  <w:shd w:val="clear" w:color="auto" w:fill="F2F2F2" w:themeFill="background1" w:themeFillShade="F2"/>
                </w:tcPr>
                <w:p w14:paraId="069C5A1B" w14:textId="77777777" w:rsidR="000F23AB" w:rsidRPr="00EA53C7" w:rsidRDefault="000F23AB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Fecha de inicio</w:t>
                  </w:r>
                </w:p>
              </w:tc>
              <w:tc>
                <w:tcPr>
                  <w:tcW w:w="1307" w:type="dxa"/>
                  <w:shd w:val="clear" w:color="auto" w:fill="F2F2F2" w:themeFill="background1" w:themeFillShade="F2"/>
                </w:tcPr>
                <w:p w14:paraId="3739630C" w14:textId="77777777" w:rsidR="000F23AB" w:rsidRPr="00EA53C7" w:rsidRDefault="000F23AB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Fecha de finalización</w:t>
                  </w:r>
                </w:p>
              </w:tc>
              <w:tc>
                <w:tcPr>
                  <w:tcW w:w="2652" w:type="dxa"/>
                  <w:shd w:val="clear" w:color="auto" w:fill="F2F2F2" w:themeFill="background1" w:themeFillShade="F2"/>
                </w:tcPr>
                <w:p w14:paraId="2F99A7C4" w14:textId="77777777" w:rsidR="000F23AB" w:rsidRDefault="000F23AB" w:rsidP="009C44D2">
                  <w:pPr>
                    <w:jc w:val="center"/>
                    <w:rPr>
                      <w:rFonts w:ascii="Aptos" w:hAnsi="Aptos"/>
                      <w:lang w:val="es-ES_tradnl"/>
                    </w:rPr>
                  </w:pPr>
                  <w:r>
                    <w:rPr>
                      <w:rFonts w:ascii="Aptos" w:hAnsi="Aptos"/>
                      <w:lang w:val="es-ES_tradnl"/>
                    </w:rPr>
                    <w:t>Ámbito</w:t>
                  </w:r>
                </w:p>
                <w:p w14:paraId="34C5CCF7" w14:textId="77777777" w:rsidR="000F23AB" w:rsidRPr="00891F37" w:rsidRDefault="000F23AB" w:rsidP="009C44D2">
                  <w:pPr>
                    <w:jc w:val="center"/>
                    <w:rPr>
                      <w:rFonts w:ascii="Aptos" w:hAnsi="Aptos"/>
                      <w:sz w:val="18"/>
                      <w:szCs w:val="18"/>
                      <w:lang w:val="es-ES_tradnl"/>
                    </w:rPr>
                  </w:pPr>
                  <w:r>
                    <w:rPr>
                      <w:rFonts w:ascii="Aptos" w:hAnsi="Aptos"/>
                      <w:sz w:val="18"/>
                      <w:szCs w:val="18"/>
                      <w:lang w:val="es-ES_tradnl"/>
                    </w:rPr>
                    <w:t>N</w:t>
                  </w:r>
                  <w:r w:rsidRPr="00891F37">
                    <w:rPr>
                      <w:rFonts w:ascii="Aptos" w:hAnsi="Aptos"/>
                      <w:sz w:val="18"/>
                      <w:szCs w:val="18"/>
                      <w:lang w:val="es-ES_tradnl"/>
                    </w:rPr>
                    <w:t>acional (N) / internacional (I)</w:t>
                  </w:r>
                </w:p>
              </w:tc>
            </w:tr>
            <w:tr w:rsidR="000F23AB" w:rsidRPr="00F71B10" w14:paraId="4531ED9E" w14:textId="77777777" w:rsidTr="009C44D2">
              <w:tc>
                <w:tcPr>
                  <w:tcW w:w="3053" w:type="dxa"/>
                </w:tcPr>
                <w:p w14:paraId="0D0E5231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98" w:type="dxa"/>
                </w:tcPr>
                <w:p w14:paraId="7973C95C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1307" w:type="dxa"/>
                </w:tcPr>
                <w:p w14:paraId="6A00CB06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652" w:type="dxa"/>
                </w:tcPr>
                <w:p w14:paraId="3B79A814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0F23AB" w:rsidRPr="00F71B10" w14:paraId="23E8D461" w14:textId="77777777" w:rsidTr="009C44D2">
              <w:tc>
                <w:tcPr>
                  <w:tcW w:w="3053" w:type="dxa"/>
                </w:tcPr>
                <w:p w14:paraId="2775A4E3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98" w:type="dxa"/>
                </w:tcPr>
                <w:p w14:paraId="67434DD0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07" w:type="dxa"/>
                </w:tcPr>
                <w:p w14:paraId="1C0D0AFE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2652" w:type="dxa"/>
                </w:tcPr>
                <w:p w14:paraId="3B6B715D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0F23AB" w:rsidRPr="00F71B10" w14:paraId="1E4C5004" w14:textId="77777777" w:rsidTr="009C44D2">
              <w:tc>
                <w:tcPr>
                  <w:tcW w:w="3053" w:type="dxa"/>
                </w:tcPr>
                <w:p w14:paraId="36284DAD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98" w:type="dxa"/>
                </w:tcPr>
                <w:p w14:paraId="4338C7C7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07" w:type="dxa"/>
                </w:tcPr>
                <w:p w14:paraId="745506A4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2652" w:type="dxa"/>
                </w:tcPr>
                <w:p w14:paraId="7CECAA40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0F23AB" w:rsidRPr="00F71B10" w14:paraId="20DFDE8E" w14:textId="77777777" w:rsidTr="009C44D2">
              <w:tc>
                <w:tcPr>
                  <w:tcW w:w="3053" w:type="dxa"/>
                </w:tcPr>
                <w:p w14:paraId="70A6592E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98" w:type="dxa"/>
                </w:tcPr>
                <w:p w14:paraId="38B82E9A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07" w:type="dxa"/>
                </w:tcPr>
                <w:p w14:paraId="0CE08B36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2652" w:type="dxa"/>
                </w:tcPr>
                <w:p w14:paraId="1D49521D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  <w:tr w:rsidR="000F23AB" w:rsidRPr="00F71B10" w14:paraId="2453151E" w14:textId="77777777" w:rsidTr="009C44D2">
              <w:tc>
                <w:tcPr>
                  <w:tcW w:w="3053" w:type="dxa"/>
                </w:tcPr>
                <w:p w14:paraId="4769B405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  <w:tc>
                <w:tcPr>
                  <w:tcW w:w="1398" w:type="dxa"/>
                </w:tcPr>
                <w:p w14:paraId="3D2BF3C4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1307" w:type="dxa"/>
                </w:tcPr>
                <w:p w14:paraId="5A3378C6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  <w:r w:rsidRPr="00EA53C7">
                    <w:rPr>
                      <w:rFonts w:ascii="Aptos" w:hAnsi="Aptos"/>
                      <w:lang w:val="es-ES_tradnl"/>
                    </w:rPr>
                    <w:t xml:space="preserve"> </w:t>
                  </w:r>
                </w:p>
              </w:tc>
              <w:tc>
                <w:tcPr>
                  <w:tcW w:w="2652" w:type="dxa"/>
                </w:tcPr>
                <w:p w14:paraId="03AD2437" w14:textId="77777777" w:rsidR="000F23AB" w:rsidRPr="00EA53C7" w:rsidRDefault="000F23AB" w:rsidP="009C44D2">
                  <w:pPr>
                    <w:rPr>
                      <w:rFonts w:ascii="Aptos" w:hAnsi="Aptos"/>
                      <w:lang w:val="es-ES_tradnl"/>
                    </w:rPr>
                  </w:pPr>
                </w:p>
              </w:tc>
            </w:tr>
          </w:tbl>
          <w:p w14:paraId="225DF026" w14:textId="77777777" w:rsidR="000F23AB" w:rsidRDefault="000F23AB" w:rsidP="009C44D2">
            <w:pPr>
              <w:rPr>
                <w:rFonts w:ascii="Aptos" w:hAnsi="Aptos"/>
                <w:lang w:val="es-ES_tradnl"/>
              </w:rPr>
            </w:pPr>
          </w:p>
          <w:p w14:paraId="08D2A9E4" w14:textId="77777777" w:rsidR="000F23AB" w:rsidRDefault="000F23AB" w:rsidP="009C44D2">
            <w:pPr>
              <w:rPr>
                <w:rFonts w:ascii="Aptos" w:hAnsi="Aptos"/>
                <w:lang w:val="es-ES_tradnl"/>
              </w:rPr>
            </w:pPr>
            <w:r>
              <w:rPr>
                <w:rFonts w:ascii="Aptos" w:hAnsi="Aptos"/>
                <w:lang w:val="es-ES_tradnl"/>
              </w:rPr>
              <w:t xml:space="preserve">Otros: </w:t>
            </w:r>
          </w:p>
          <w:p w14:paraId="14CC3944" w14:textId="77777777" w:rsidR="000F23AB" w:rsidRPr="00EA53C7" w:rsidRDefault="000F23AB" w:rsidP="009C44D2">
            <w:pPr>
              <w:rPr>
                <w:rFonts w:ascii="Aptos" w:hAnsi="Aptos"/>
                <w:lang w:val="es-ES_tradnl"/>
              </w:rPr>
            </w:pPr>
          </w:p>
          <w:p w14:paraId="79BDAA56" w14:textId="77777777" w:rsidR="000F23AB" w:rsidRPr="00EA53C7" w:rsidRDefault="000F23AB" w:rsidP="009C44D2">
            <w:pPr>
              <w:rPr>
                <w:rFonts w:ascii="Aptos" w:hAnsi="Aptos"/>
                <w:lang w:val="es-ES_tradnl"/>
              </w:rPr>
            </w:pPr>
          </w:p>
        </w:tc>
      </w:tr>
    </w:tbl>
    <w:p w14:paraId="3A178107" w14:textId="77777777" w:rsidR="000F23AB" w:rsidRDefault="000F23AB" w:rsidP="000F23AB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p w14:paraId="32BDC7E1" w14:textId="77777777" w:rsidR="000F23AB" w:rsidRPr="00AA0962" w:rsidRDefault="000F23AB" w:rsidP="000F23AB">
      <w:pPr>
        <w:spacing w:after="0" w:line="240" w:lineRule="auto"/>
        <w:jc w:val="both"/>
        <w:rPr>
          <w:rFonts w:ascii="Aptos" w:hAnsi="Aptos"/>
          <w:b/>
          <w:bCs/>
          <w:lang w:val="es-ES"/>
        </w:rPr>
      </w:pPr>
    </w:p>
    <w:p w14:paraId="2DB88989" w14:textId="77777777" w:rsidR="00891F37" w:rsidRPr="006C4FD9" w:rsidRDefault="00891F37" w:rsidP="00356B04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ptos" w:hAnsi="Aptos"/>
          <w:b/>
          <w:bCs/>
          <w:lang w:val="es-ES"/>
        </w:rPr>
      </w:pPr>
    </w:p>
    <w:sectPr w:rsidR="00891F37" w:rsidRPr="006C4FD9" w:rsidSect="000F4B4B">
      <w:headerReference w:type="default" r:id="rId8"/>
      <w:pgSz w:w="12240" w:h="15840"/>
      <w:pgMar w:top="1440" w:right="1797" w:bottom="851" w:left="179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3BCA1" w14:textId="77777777" w:rsidR="001420A1" w:rsidRDefault="001420A1" w:rsidP="00B74F87">
      <w:pPr>
        <w:spacing w:after="0" w:line="240" w:lineRule="auto"/>
      </w:pPr>
      <w:r>
        <w:separator/>
      </w:r>
    </w:p>
  </w:endnote>
  <w:endnote w:type="continuationSeparator" w:id="0">
    <w:p w14:paraId="10006A89" w14:textId="77777777" w:rsidR="001420A1" w:rsidRDefault="001420A1" w:rsidP="00B7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264B9" w14:textId="77777777" w:rsidR="001420A1" w:rsidRDefault="001420A1" w:rsidP="00B74F87">
      <w:pPr>
        <w:spacing w:after="0" w:line="240" w:lineRule="auto"/>
      </w:pPr>
      <w:r>
        <w:separator/>
      </w:r>
    </w:p>
  </w:footnote>
  <w:footnote w:type="continuationSeparator" w:id="0">
    <w:p w14:paraId="2FC26800" w14:textId="77777777" w:rsidR="001420A1" w:rsidRDefault="001420A1" w:rsidP="00B7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5277C" w14:textId="78D46BD9" w:rsidR="00B74F87" w:rsidRDefault="00B74F87" w:rsidP="00B74F87">
    <w:pPr>
      <w:pStyle w:val="Encabezado"/>
      <w:jc w:val="center"/>
    </w:pPr>
    <w:r>
      <w:rPr>
        <w:noProof/>
      </w:rPr>
      <w:drawing>
        <wp:inline distT="0" distB="0" distL="0" distR="0" wp14:anchorId="083A58CD" wp14:editId="416D526A">
          <wp:extent cx="2559358" cy="647700"/>
          <wp:effectExtent l="0" t="0" r="0" b="0"/>
          <wp:docPr id="782994900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994900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4333" cy="6489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BC9B7C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828126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179459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4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5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6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8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9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06D00D97"/>
    <w:multiLevelType w:val="hybridMultilevel"/>
    <w:tmpl w:val="3B64F8C6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D5B7EE5"/>
    <w:multiLevelType w:val="hybridMultilevel"/>
    <w:tmpl w:val="DDA22D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D1673E"/>
    <w:multiLevelType w:val="hybridMultilevel"/>
    <w:tmpl w:val="0052C1D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6A468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1DCE136C"/>
    <w:multiLevelType w:val="hybridMultilevel"/>
    <w:tmpl w:val="A442FA8E"/>
    <w:lvl w:ilvl="0" w:tplc="25F47F48">
      <w:start w:val="1"/>
      <w:numFmt w:val="bullet"/>
      <w:lvlText w:val="□"/>
      <w:lvlJc w:val="left"/>
      <w:pPr>
        <w:ind w:left="720" w:hanging="360"/>
      </w:pPr>
      <w:rPr>
        <w:rFonts w:ascii="Aptos" w:hAnsi="Apto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057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20AE695A"/>
    <w:multiLevelType w:val="hybridMultilevel"/>
    <w:tmpl w:val="CFDCAF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F4E19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54C3BB7"/>
    <w:multiLevelType w:val="hybridMultilevel"/>
    <w:tmpl w:val="56767F1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B57A5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8D37F6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8EFD4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4E320DD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05778D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2F9537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7822355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783193E5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88451717">
    <w:abstractNumId w:val="11"/>
  </w:num>
  <w:num w:numId="2" w16cid:durableId="344476074">
    <w:abstractNumId w:val="9"/>
  </w:num>
  <w:num w:numId="3" w16cid:durableId="928999532">
    <w:abstractNumId w:val="8"/>
  </w:num>
  <w:num w:numId="4" w16cid:durableId="1956666973">
    <w:abstractNumId w:val="7"/>
  </w:num>
  <w:num w:numId="5" w16cid:durableId="1573276533">
    <w:abstractNumId w:val="10"/>
  </w:num>
  <w:num w:numId="6" w16cid:durableId="657348085">
    <w:abstractNumId w:val="6"/>
  </w:num>
  <w:num w:numId="7" w16cid:durableId="2140873181">
    <w:abstractNumId w:val="5"/>
  </w:num>
  <w:num w:numId="8" w16cid:durableId="1575436435">
    <w:abstractNumId w:val="4"/>
  </w:num>
  <w:num w:numId="9" w16cid:durableId="1813055180">
    <w:abstractNumId w:val="3"/>
  </w:num>
  <w:num w:numId="10" w16cid:durableId="688990169">
    <w:abstractNumId w:val="14"/>
  </w:num>
  <w:num w:numId="11" w16cid:durableId="1285886867">
    <w:abstractNumId w:val="18"/>
  </w:num>
  <w:num w:numId="12" w16cid:durableId="510217928">
    <w:abstractNumId w:val="13"/>
  </w:num>
  <w:num w:numId="13" w16cid:durableId="932739635">
    <w:abstractNumId w:val="23"/>
  </w:num>
  <w:num w:numId="14" w16cid:durableId="1071586932">
    <w:abstractNumId w:val="26"/>
  </w:num>
  <w:num w:numId="15" w16cid:durableId="485979184">
    <w:abstractNumId w:val="17"/>
  </w:num>
  <w:num w:numId="16" w16cid:durableId="1940016380">
    <w:abstractNumId w:val="1"/>
  </w:num>
  <w:num w:numId="17" w16cid:durableId="2072581002">
    <w:abstractNumId w:val="2"/>
  </w:num>
  <w:num w:numId="18" w16cid:durableId="577205785">
    <w:abstractNumId w:val="15"/>
  </w:num>
  <w:num w:numId="19" w16cid:durableId="68307553">
    <w:abstractNumId w:val="28"/>
  </w:num>
  <w:num w:numId="20" w16cid:durableId="2069113381">
    <w:abstractNumId w:val="12"/>
  </w:num>
  <w:num w:numId="21" w16cid:durableId="1175339366">
    <w:abstractNumId w:val="16"/>
  </w:num>
  <w:num w:numId="22" w16cid:durableId="321398811">
    <w:abstractNumId w:val="24"/>
  </w:num>
  <w:num w:numId="23" w16cid:durableId="381637793">
    <w:abstractNumId w:val="19"/>
  </w:num>
  <w:num w:numId="24" w16cid:durableId="1005982891">
    <w:abstractNumId w:val="20"/>
  </w:num>
  <w:num w:numId="25" w16cid:durableId="365447268">
    <w:abstractNumId w:val="25"/>
  </w:num>
  <w:num w:numId="26" w16cid:durableId="526213661">
    <w:abstractNumId w:val="21"/>
  </w:num>
  <w:num w:numId="27" w16cid:durableId="831794992">
    <w:abstractNumId w:val="22"/>
  </w:num>
  <w:num w:numId="28" w16cid:durableId="2035687147">
    <w:abstractNumId w:val="27"/>
  </w:num>
  <w:num w:numId="29" w16cid:durableId="30152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67AE"/>
    <w:rsid w:val="00030556"/>
    <w:rsid w:val="00034616"/>
    <w:rsid w:val="00057B5A"/>
    <w:rsid w:val="0006063C"/>
    <w:rsid w:val="000905E1"/>
    <w:rsid w:val="000B0A85"/>
    <w:rsid w:val="000F23AB"/>
    <w:rsid w:val="000F4B4B"/>
    <w:rsid w:val="00116A8E"/>
    <w:rsid w:val="00136CD3"/>
    <w:rsid w:val="001420A1"/>
    <w:rsid w:val="00145FA7"/>
    <w:rsid w:val="0015074B"/>
    <w:rsid w:val="0019527C"/>
    <w:rsid w:val="00223A3A"/>
    <w:rsid w:val="00243717"/>
    <w:rsid w:val="0029639D"/>
    <w:rsid w:val="002C4A1E"/>
    <w:rsid w:val="002C6FF0"/>
    <w:rsid w:val="002D6435"/>
    <w:rsid w:val="002E48A4"/>
    <w:rsid w:val="002E5B0E"/>
    <w:rsid w:val="00307AE4"/>
    <w:rsid w:val="00326F90"/>
    <w:rsid w:val="00345DFA"/>
    <w:rsid w:val="00356B04"/>
    <w:rsid w:val="00383993"/>
    <w:rsid w:val="00391AB1"/>
    <w:rsid w:val="00395451"/>
    <w:rsid w:val="003B3163"/>
    <w:rsid w:val="00443A57"/>
    <w:rsid w:val="004915CF"/>
    <w:rsid w:val="00496DEF"/>
    <w:rsid w:val="004C3143"/>
    <w:rsid w:val="00500117"/>
    <w:rsid w:val="005C272F"/>
    <w:rsid w:val="005F177E"/>
    <w:rsid w:val="00654C9F"/>
    <w:rsid w:val="006C4FD9"/>
    <w:rsid w:val="006D1573"/>
    <w:rsid w:val="0073510C"/>
    <w:rsid w:val="00735286"/>
    <w:rsid w:val="007B704D"/>
    <w:rsid w:val="007E7A25"/>
    <w:rsid w:val="00865A2F"/>
    <w:rsid w:val="00867108"/>
    <w:rsid w:val="00891F37"/>
    <w:rsid w:val="008A6B11"/>
    <w:rsid w:val="008B3AFA"/>
    <w:rsid w:val="008E1A59"/>
    <w:rsid w:val="00912E5E"/>
    <w:rsid w:val="00975145"/>
    <w:rsid w:val="009B5A41"/>
    <w:rsid w:val="00A03EC2"/>
    <w:rsid w:val="00A23945"/>
    <w:rsid w:val="00A4194B"/>
    <w:rsid w:val="00A43A3F"/>
    <w:rsid w:val="00AA0962"/>
    <w:rsid w:val="00AA1D8D"/>
    <w:rsid w:val="00AE0A8C"/>
    <w:rsid w:val="00AE16B5"/>
    <w:rsid w:val="00AE5500"/>
    <w:rsid w:val="00B32D66"/>
    <w:rsid w:val="00B47730"/>
    <w:rsid w:val="00B74F87"/>
    <w:rsid w:val="00BD2E2E"/>
    <w:rsid w:val="00C14529"/>
    <w:rsid w:val="00C1618F"/>
    <w:rsid w:val="00CA74A6"/>
    <w:rsid w:val="00CB0664"/>
    <w:rsid w:val="00CF1F3A"/>
    <w:rsid w:val="00D10A97"/>
    <w:rsid w:val="00D83A92"/>
    <w:rsid w:val="00DD27C8"/>
    <w:rsid w:val="00DD3584"/>
    <w:rsid w:val="00DF26FC"/>
    <w:rsid w:val="00DF754C"/>
    <w:rsid w:val="00E15B17"/>
    <w:rsid w:val="00E5573F"/>
    <w:rsid w:val="00EA171D"/>
    <w:rsid w:val="00EA53C7"/>
    <w:rsid w:val="00EA6D39"/>
    <w:rsid w:val="00EC621D"/>
    <w:rsid w:val="00F272EE"/>
    <w:rsid w:val="00F46988"/>
    <w:rsid w:val="00F5373D"/>
    <w:rsid w:val="00F62D09"/>
    <w:rsid w:val="00F714B7"/>
    <w:rsid w:val="00F71B10"/>
    <w:rsid w:val="00F7606B"/>
    <w:rsid w:val="00F9509A"/>
    <w:rsid w:val="00FC1DB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6D6143"/>
  <w14:defaultImageDpi w14:val="300"/>
  <w15:docId w15:val="{717650EF-97A2-4797-95BF-7CB6869E8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2C6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1063</Words>
  <Characters>5851</Characters>
  <Application>Microsoft Office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6901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Gloria Monrós Chancosa</cp:lastModifiedBy>
  <cp:revision>2</cp:revision>
  <cp:lastPrinted>2025-10-27T08:54:00Z</cp:lastPrinted>
  <dcterms:created xsi:type="dcterms:W3CDTF">2025-10-28T12:09:00Z</dcterms:created>
  <dcterms:modified xsi:type="dcterms:W3CDTF">2025-10-28T12:09:00Z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a7962954-e69f-4e1a-8c60-1a60dffbb30a</vt:lpwstr>
  </property>
</Properties>
</file>